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Staffa, Inner Hebrides,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59-million-year-old volcanic jewel in the Inner Hebrides, Staffa's cathedral-like Fingal's Cave and geometric basalt columns inspired Mendelssohn's Hebrides Overture — and still stop visitors in their tracks today.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 for large ships) · 🕒 Typical call: 2-3 hrs ashore · 💷 GBP — no facilities on island · 🗣️ English (Scottish Gaelic heritage) · 🐦 Puffins: May–early August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/ Zodiac from anchor — highly weather-dependent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Fingal's Cave: </w:t>
      </w:r>
      <w:r>
        <w:rPr>
          <w:rFonts w:ascii="Arial" w:hAnsi="Arial" w:cs="Arial"/>
          <w:b w:val="0"/>
          <w:i w:val="0"/>
          <w:sz w:val="20"/>
        </w:rPr>
        <w:t>250 m from landing jetty along basalt causeway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Geology, wildlife (puffins), photography, Hebrides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Walking into Fingal's Cave mouth; puffin colony on the plateau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Fingal's Cave — </w:t>
      </w:r>
      <w:r>
        <w:rPr>
          <w:rFonts w:ascii="Arial" w:hAnsi="Arial" w:cs="Arial"/>
          <w:b w:val="0"/>
          <w:i w:val="0"/>
          <w:sz w:val="20"/>
        </w:rPr>
        <w:t>Walk the basalt causeway from the jetty to the mouth of this 20-metre-tall sea cave.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Puffin Colony Walk — </w:t>
      </w:r>
      <w:r>
        <w:rPr>
          <w:rFonts w:ascii="Arial" w:hAnsi="Arial" w:cs="Arial"/>
          <w:b w:val="0"/>
          <w:i w:val="0"/>
          <w:sz w:val="20"/>
        </w:rPr>
        <w:t>Climb the steep staircase to the grassy plateau, then walk 800 m to the eastern cliffs at Ruanaich.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Geology &amp; Clamshell Cave — </w:t>
      </w:r>
      <w:r>
        <w:rPr>
          <w:rFonts w:ascii="Arial" w:hAnsi="Arial" w:cs="Arial"/>
          <w:b w:val="0"/>
          <w:i w:val="0"/>
          <w:sz w:val="20"/>
        </w:rPr>
        <w:t>Just beside the jetty, Clamshell Cave displays warped basalt columns bent into curved, ship-rib shapes — a stark contrast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Boat Wildlife Spotting — </w:t>
      </w:r>
      <w:r>
        <w:rPr>
          <w:rFonts w:ascii="Arial" w:hAnsi="Arial" w:cs="Arial"/>
          <w:b w:val="0"/>
          <w:i w:val="0"/>
          <w:sz w:val="20"/>
        </w:rPr>
        <w:t>The crossing to Staffa passes prime waters for harbour porpoises, minke whales, basking sharks, and grey seals.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Jetty to Fingal's Cave &amp; Back: </w:t>
      </w:r>
      <w:r>
        <w:rPr>
          <w:rFonts w:ascii="Arial" w:hAnsi="Arial" w:cs="Arial"/>
          <w:b w:val="0"/>
          <w:i w:val="0"/>
          <w:sz w:val="20"/>
        </w:rPr>
        <w:t>0.5 km return | 30-45 min | Moderate — From the landing jetty, follow the natural basalt causeway south along the cliff face to the mouth…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Plateau &amp; Puffin Cliff Loop: </w:t>
      </w:r>
      <w:r>
        <w:rPr>
          <w:rFonts w:ascii="Arial" w:hAnsi="Arial" w:cs="Arial"/>
          <w:b w:val="0"/>
          <w:i w:val="0"/>
          <w:sz w:val="20"/>
        </w:rPr>
        <w:t>~2 km loop | 1 hr | Moderate — Climb the steep metal staircase from the jetty to the island's grassy top.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Footwear is non-negotiable. Waterproof hiking boots with aggressive grip are essential. The basalt columns are slick with algae and sea spray — smooth-soled…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Scottish weather at sea. Layers, a windproof/waterproof jacket, hat and gloves — even in July. Conditions change fast and the boat crossing is fully…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 toilets on the island. Use facilities on the ship or tour boat before landing. There are also no bins — carry out everything you bring.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cruiseports.org/isle-of-staffa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