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Portree, Isle of Skye,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Scotland's most dramatic island greets cruise passengers with a postcard harbour ringed by colourful houses — and wild Highland landscapes just minutes away. The Old Man of Storr, Dunvegan Castle, and the Quiraing are all within day-trip reach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6–9 hrs · 💷 Currency: GBP · 🗣️ English / Scottish Gaelic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Portree Bay; pontoon in the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from tender pontoon to Portree town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Dramatic scenery, Highland hikes, castle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Man of Storr — 15 min by taxi, views across the Sound of Raasay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~£60–£120 for a half-day — Several local operators (Portree Taxis, Skye Taxi Tours) offer flexible island tours and can pick up near the pier. Book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Man of Storr Hike — </w:t>
      </w:r>
      <w:r>
        <w:rPr>
          <w:rFonts w:ascii="Arial" w:hAnsi="Arial" w:cs="Arial"/>
          <w:b w:val="0"/>
          <w:i w:val="0"/>
          <w:sz w:val="20"/>
        </w:rPr>
        <w:t>A 4.5 km round-trip climb to the base of Skye's most famous rock pinnacle.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Dunvegan Castle &amp; Seal Colony — </w:t>
      </w:r>
      <w:r>
        <w:rPr>
          <w:rFonts w:ascii="Arial" w:hAnsi="Arial" w:cs="Arial"/>
          <w:b w:val="0"/>
          <w:i w:val="0"/>
          <w:sz w:val="20"/>
        </w:rPr>
        <w:t>Scotland's oldest continuously inhabited castle — home of Clan MacLeod for 800 years — sits on Loch Dunvegan about 30 min…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Quiraing Landscape — </w:t>
      </w:r>
      <w:r>
        <w:rPr>
          <w:rFonts w:ascii="Arial" w:hAnsi="Arial" w:cs="Arial"/>
          <w:b w:val="0"/>
          <w:i w:val="0"/>
          <w:sz w:val="20"/>
        </w:rPr>
        <w:t>An otherworldly landslip plateau on the Trotternish Ridge, with craggy peaks, hidden plateaus, and jaw-dropping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Fairy Pools, Glen Brittle — </w:t>
      </w:r>
      <w:r>
        <w:rPr>
          <w:rFonts w:ascii="Arial" w:hAnsi="Arial" w:cs="Arial"/>
          <w:b w:val="0"/>
          <w:i w:val="0"/>
          <w:sz w:val="20"/>
        </w:rPr>
        <w:t>A series of crystal-clear turquoise pools and waterfalls at the foot of the Cuillin mountains — one of Skye's most photographed…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Portree Town &amp; Harbour Walk — </w:t>
      </w:r>
      <w:r>
        <w:rPr>
          <w:rFonts w:ascii="Arial" w:hAnsi="Arial" w:cs="Arial"/>
          <w:b w:val="0"/>
          <w:i w:val="0"/>
          <w:sz w:val="20"/>
        </w:rPr>
        <w:t>Explore Portree's picturesque colourful harbour frontage, browse Highland woolens and whisky at independent shops, and have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Portree Harbour &amp; Town Centre: </w:t>
      </w:r>
      <w:r>
        <w:rPr>
          <w:rFonts w:ascii="Arial" w:hAnsi="Arial" w:cs="Arial"/>
          <w:b w:val="0"/>
          <w:i w:val="0"/>
          <w:sz w:val="20"/>
        </w:rPr>
        <w:t>1 km • 20 min • Easy • Free — Stroll from the tender pontoon along the harbour front past the colourful Bosville Terrace 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Scorrybreac Circular: </w:t>
      </w:r>
      <w:r>
        <w:rPr>
          <w:rFonts w:ascii="Arial" w:hAnsi="Arial" w:cs="Arial"/>
          <w:b w:val="0"/>
          <w:i w:val="0"/>
          <w:sz w:val="20"/>
        </w:rPr>
        <w:t>5 km • 1.5–2 hrs • Moderate • Free — From the pier, follow the shore path north out of town onto the Scorrybreac headland.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5:04AM–9:39PM · Jul 4:50AM–10:09PM · Sep 6:55AM–7:42PM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cruiseports.org/isle-of-skye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Portree, Isle of Skye,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sky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Calum’s Road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A.C.E Target Sports Skye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 of Skye Candle Co. Visitor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Loch Fada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Lump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Bride's Veil Falls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