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Rum, Inner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Scotland's wildest islands, Rum is a National Nature Reserve where red deer roam the glens, white-tailed eagles soar overhead, and a crumbling Edwardian castle stands as a monument to Victorian excess. This is expedition cruising at its most raw.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4–6 hrs · 💷 GBP (cash preferred) · 🗣️ English / Scottish Gaelic · 🦅 Wildlife &amp; Wilderness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Loch Scresort — small expedition ships only; no berth for large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5 min from pier to Kinloch — the island's only settlement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watching, rugged hiking, Edwardian history, dark skies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Otter Hide trail, Kinloch Castle exterior, short Northside Nature Trail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Otter Hide Trail — </w:t>
      </w:r>
      <w:r>
        <w:rPr>
          <w:rFonts w:ascii="Arial" w:hAnsi="Arial" w:cs="Arial"/>
          <w:b w:val="0"/>
          <w:i w:val="0"/>
          <w:sz w:val="20"/>
        </w:rPr>
        <w:t>A short 30-minute return walk along the south shore of Loch Scresort to a purpose-built hide overlooking the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Kinloch Castle — </w:t>
      </w:r>
      <w:r>
        <w:rPr>
          <w:rFonts w:ascii="Arial" w:hAnsi="Arial" w:cs="Arial"/>
          <w:b w:val="0"/>
          <w:i w:val="0"/>
          <w:sz w:val="20"/>
        </w:rPr>
        <w:t>The red sandstone Edwardian mansion built 1897–1900 for textile magnate Sir George Bullough is one of Scotland's most eccentric…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Northside Nature Trail — </w:t>
      </w:r>
      <w:r>
        <w:rPr>
          <w:rFonts w:ascii="Arial" w:hAnsi="Arial" w:cs="Arial"/>
          <w:b w:val="0"/>
          <w:i w:val="0"/>
          <w:sz w:val="20"/>
        </w:rPr>
        <w:t>A 1-hour circular walk from Kinloch into the NNR offering views across Loch Scresort and into the reserve's upland interior.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Hallival &amp; Askival Summit Walk — </w:t>
      </w:r>
      <w:r>
        <w:rPr>
          <w:rFonts w:ascii="Arial" w:hAnsi="Arial" w:cs="Arial"/>
          <w:b w:val="0"/>
          <w:i w:val="0"/>
          <w:sz w:val="20"/>
        </w:rPr>
        <w:t>For fit hikers with sturdy boots, the peaks of Hallival (722m) and Askival (812m — Rum's highest point) form the classic walk…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Kilmory Track Walk — </w:t>
      </w:r>
      <w:r>
        <w:rPr>
          <w:rFonts w:ascii="Arial" w:hAnsi="Arial" w:cs="Arial"/>
          <w:b w:val="0"/>
          <w:i w:val="0"/>
          <w:sz w:val="20"/>
        </w:rPr>
        <w:t>An 8km track along the north coast to Kilmory beach — the best place on Rum to spot harbour porpoise, dolphins, and minke whales…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Otter Hide &amp; Loch Scresort Shore: </w:t>
      </w:r>
      <w:r>
        <w:rPr>
          <w:rFonts w:ascii="Arial" w:hAnsi="Arial" w:cs="Arial"/>
          <w:b w:val="0"/>
          <w:i w:val="0"/>
          <w:sz w:val="20"/>
        </w:rPr>
        <w:t>1.5 km return | 30–45 min | Easy — Follow the south shore of Loch Scresort from the pier to the NatureScot otter hide.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Northside Nature Trail Loop: </w:t>
      </w:r>
      <w:r>
        <w:rPr>
          <w:rFonts w:ascii="Arial" w:hAnsi="Arial" w:cs="Arial"/>
          <w:b w:val="0"/>
          <w:i w:val="0"/>
          <w:sz w:val="20"/>
        </w:rPr>
        <w:t>~5 km circular | ~1 hr | Easy–moderate — Circular walk north from Kinloch through heather moorland with views back over Loch Scresort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Kinloch to Kilmory Beach: </w:t>
      </w:r>
      <w:r>
        <w:rPr>
          <w:rFonts w:ascii="Arial" w:hAnsi="Arial" w:cs="Arial"/>
          <w:b w:val="0"/>
          <w:i w:val="0"/>
          <w:sz w:val="20"/>
        </w:rPr>
        <w:t>16 km return | 4–5 hrs | Moderate — Long walk along the north coast track to Rum's most remote accessible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5:07AM–9:37PM · Jul 4:52AM–10:09PM · Sep 6:55AM–7:45PM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cruiseports.org/isle-of-rum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Rum, Inner Hebrides,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ru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Bella Jane Boat Trips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Rum National Nature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Mallaig Heritage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Camas Daraich, Aird of Sleat, Skye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Fairy Pools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Spar Cave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