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Isle of Raasay, Inner Hebrides,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Raasay is the quiet one next to Skye — a resilient Hebridean island where you can walk to a world-class whisky distillery, climb a flat-topped volcanic peak for views spanning a billion years of geology, and trace the poetry of the Highland Clearances across abandoned villages.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(anchor off Inverarish) · 🕒 Typical call: 5–7 hrs · 💷 Currency: British Pounds (GBP) · 🗣️ English / Scottish Gaelic · 🦅 Wildlife: sea eagles, otters, red deer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&amp; tender — ships anchor off Inverarish; tender to the community pontoon or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walk from tender landing to Inverarish village and distillery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Whisky lovers, hikers, wildlife watchers, anyone wanting to escape Skye's crowds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Isle of Raasay Distillery tour &amp; tasting, and the view from Dun Caan summit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Isle of Raasay Distillery Tour &amp; Tasting — </w:t>
      </w:r>
      <w:r>
        <w:rPr>
          <w:rFonts w:ascii="Arial" w:hAnsi="Arial" w:cs="Arial"/>
          <w:b w:val="0"/>
          <w:i w:val="0"/>
          <w:sz w:val="20"/>
        </w:rPr>
        <w:t>A five-minute walk from the tender landing, this award-winning distillery produces a distinctive lightly-peated single malt aged…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 Caan Summit Hike — </w:t>
      </w:r>
      <w:r>
        <w:rPr>
          <w:rFonts w:ascii="Arial" w:hAnsi="Arial" w:cs="Arial"/>
          <w:b w:val="0"/>
          <w:i w:val="0"/>
          <w:sz w:val="20"/>
        </w:rPr>
        <w:t>Raasay's flat-topped volcanic peak (443 m) offers a 360° panorama over Skye, the Torridon hills, and the Outer Hebrides.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Hallaig Clearance Village &amp; Sorley Maclean Trail — </w:t>
      </w:r>
      <w:r>
        <w:rPr>
          <w:rFonts w:ascii="Arial" w:hAnsi="Arial" w:cs="Arial"/>
          <w:b w:val="0"/>
          <w:i w:val="0"/>
          <w:sz w:val="20"/>
        </w:rPr>
        <w:t>Walk to the ruins of Hallaig, one of the villages cleared in the 19th century and immortalised in Sorley Maclean's famous Gaelic…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Raasay House Kayaking &amp; RIB Trips — </w:t>
      </w:r>
      <w:r>
        <w:rPr>
          <w:rFonts w:ascii="Arial" w:hAnsi="Arial" w:cs="Arial"/>
          <w:b w:val="0"/>
          <w:i w:val="0"/>
          <w:sz w:val="20"/>
        </w:rPr>
        <w:t>The Raasay House Outdoor Centre (1.5 km north of the tender landing) offers guided sea kayaking, wildlife RIB boat trips,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Brochel Castle &amp; Calum's Road — </w:t>
      </w:r>
      <w:r>
        <w:rPr>
          <w:rFonts w:ascii="Arial" w:hAnsi="Arial" w:cs="Arial"/>
          <w:b w:val="0"/>
          <w:i w:val="0"/>
          <w:sz w:val="20"/>
        </w:rPr>
        <w:t>On the island's north-east coast, the crumbling 16th-century Brochel Castle perches on a volcanic plug above the sea.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Distillery &amp; Inverarish Village Loop: </w:t>
      </w:r>
      <w:r>
        <w:rPr>
          <w:rFonts w:ascii="Arial" w:hAnsi="Arial" w:cs="Arial"/>
          <w:b w:val="0"/>
          <w:i w:val="0"/>
          <w:sz w:val="20"/>
        </w:rPr>
        <w:t>1 hr | Easy | Free — From the tender landing, walk south through Inverarish to the distillery visitor centre (exterior…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Temptation Hill Viewpoint: </w:t>
      </w:r>
      <w:r>
        <w:rPr>
          <w:rFonts w:ascii="Arial" w:hAnsi="Arial" w:cs="Arial"/>
          <w:b w:val="0"/>
          <w:i w:val="0"/>
          <w:sz w:val="20"/>
        </w:rPr>
        <w:t>1.5–2 hrs | Easy–moderate | Free — A short climb from Inverarish to the Temptation Hill viewpoint rewards with sweeping views across…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Raasay House &amp; Walled Garden: </w:t>
      </w:r>
      <w:r>
        <w:rPr>
          <w:rFonts w:ascii="Arial" w:hAnsi="Arial" w:cs="Arial"/>
          <w:b w:val="0"/>
          <w:i w:val="0"/>
          <w:sz w:val="20"/>
        </w:rPr>
        <w:t>45 min walk each way | Easy | Free to view — Head north along the track from Inverarish to reach Raasay House, a Georgian mansion that is now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5:03AM–9:38PM · Jul 4:50AM–10:08PM · Sep 6:55AM–7:42PM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cruiseports.org/isle-of-raasay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Isle of Raasay, Inner Hebrides,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sle-of-raasa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Calum’s Road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Sligachan Waterfalls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Isle of Skye Candle Co. Visitor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Lump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Eas a' Bhradain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