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Portland, Dorset,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rugged limestone peninsula jutting into the English Channel, Portland pairs a working harbour with striking Jurassic Coast scenery — Henry VIII's coastal castle, a white-and-red-banded lighthouse at the island's tip, and a short shuttle to Weymouth's sandy Georgian seafront.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Portland Harbour · 🕒 Typical call: 8–10 hrs · 💷 Currency: GBP (£) · 🗣️ Language: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Outer Coaling Pier or Deep Water Berth, Portland Harbour — all ships dock;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permitted on foot; free port shuttle to Weymouth (~5 miles) and Portland Castle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Jurassic Coast scenery, history lovers, coastal walks, rock climbing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Portland Bill Lighthouse and the view over the Portland Race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£25–£30 — Taxis from Portland Port to Weymouth town centre run approximately £25–£30 (10–15 min). Pre-booking is strongly recommen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Portland Bill Lighthouse — </w:t>
      </w:r>
      <w:r>
        <w:rPr>
          <w:rFonts w:ascii="Arial" w:hAnsi="Arial" w:cs="Arial"/>
          <w:b w:val="0"/>
          <w:i w:val="0"/>
          <w:sz w:val="20"/>
        </w:rPr>
        <w:t>Walk or take a local bus to the southern tip of the island and climb the white tower with its broad red band for sweeping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Portland Castle — </w:t>
      </w:r>
      <w:r>
        <w:rPr>
          <w:rFonts w:ascii="Arial" w:hAnsi="Arial" w:cs="Arial"/>
          <w:b w:val="0"/>
          <w:i w:val="0"/>
          <w:sz w:val="20"/>
        </w:rPr>
        <w:t>One of Henry VIII's best-preserved coastal artillery forts, built in 1539–40 to guard Portland Harbour against French and Spanish…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Jurassic Coast — Lulworth Cove &amp; Durdle Door — </w:t>
      </w:r>
      <w:r>
        <w:rPr>
          <w:rFonts w:ascii="Arial" w:hAnsi="Arial" w:cs="Arial"/>
          <w:b w:val="0"/>
          <w:i w:val="0"/>
          <w:sz w:val="20"/>
        </w:rPr>
        <w:t>The headline full-day excursion from Portland: a coach run (45 min each way) to Lulworth Cove's perfect horseshoe bay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Corfe Castle &amp; Swanage — </w:t>
      </w:r>
      <w:r>
        <w:rPr>
          <w:rFonts w:ascii="Arial" w:hAnsi="Arial" w:cs="Arial"/>
          <w:b w:val="0"/>
          <w:i w:val="0"/>
          <w:sz w:val="20"/>
        </w:rPr>
        <w:t>A dramatic 11th-century Norman keep perched on a conical hill — one of England's great castle ruins, partially slighted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Weymouth Town &amp; Seafront — </w:t>
      </w:r>
      <w:r>
        <w:rPr>
          <w:rFonts w:ascii="Arial" w:hAnsi="Arial" w:cs="Arial"/>
          <w:b w:val="0"/>
          <w:i w:val="0"/>
          <w:sz w:val="20"/>
        </w:rPr>
        <w:t>The free port shuttle drops you in the heart of Weymouth, a classic English seaside resort with a long sandy beach, a lively…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Portland Bill Loop: </w:t>
      </w:r>
      <w:r>
        <w:rPr>
          <w:rFonts w:ascii="Arial" w:hAnsi="Arial" w:cs="Arial"/>
          <w:b w:val="0"/>
          <w:i w:val="0"/>
          <w:sz w:val="20"/>
        </w:rPr>
        <w:t>4 miles round-trip | Easy–moderate | 2 hrs — From the shuttle stop at Portland Castle, take a local bus or taxi to Easton, then walk the South…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Weymouth Harbour &amp; Beach Stroll: </w:t>
      </w:r>
      <w:r>
        <w:rPr>
          <w:rFonts w:ascii="Arial" w:hAnsi="Arial" w:cs="Arial"/>
          <w:b w:val="0"/>
          <w:i w:val="0"/>
          <w:sz w:val="20"/>
        </w:rPr>
        <w:t>1–2 miles | Easy | 45 min — From the shuttle drop-off in Weymouth town centre, walk along the old harbour past the colourful…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cruiseports.org/isle-of-portland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Portland, Dorset,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port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Pulpit Rock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Sandsfoot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Air-time Beach Shop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Greenhill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RSPB Lodmoor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Bennetts Water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George's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Jordan Hill Roman Temple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