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Pines, New Caledonia,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Towering columnar pines meet blindingly white sand and turquoise lagoons — the Isle of Pines is one of the Pacific's most striking cruise calls. Most of the island's best moments are free.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7-9 hrs · 💵 XPF (CFP Franc) — bring cash, no ATMs near pier · 🗣️ French / Kanak (Kwényï) · 🌿 UNESCO-listed lagoon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Kuto Bay jetty (~10–15 min ride)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Kuto Beach is right at the tender pier; Kanumera Bay 5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beaches, natural pool, colonial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Piscine Naturelle (natural pool) at Oro Bay — bring reef shoes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~555 XPF base + 123 XPF/km (~USD 5–12) — Taxis wait at the Kuto Beach jetty. The main village of Vao is roughly 8 minutes away; agree on fare before departing 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Piscine Naturelle (Natural Pool) — </w:t>
      </w:r>
      <w:r>
        <w:rPr>
          <w:rFonts w:ascii="Arial" w:hAnsi="Arial" w:cs="Arial"/>
          <w:b w:val="0"/>
          <w:i w:val="0"/>
          <w:sz w:val="20"/>
        </w:rPr>
        <w:t>A coral-rimmed natural swimming pool at Oro Bay on the far (northeast) side of the island, teeming with tropical 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Kanumera Bay &amp; the Sacred Rock — </w:t>
      </w:r>
      <w:r>
        <w:rPr>
          <w:rFonts w:ascii="Arial" w:hAnsi="Arial" w:cs="Arial"/>
          <w:b w:val="0"/>
          <w:i w:val="0"/>
          <w:sz w:val="20"/>
        </w:rPr>
        <w:t>A 5-minute walk from the tender pier brings you to this horseshoe bay dominated by the giant Kanumera Rock — a Kanak sacred site.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French Penal Colony Ruins — </w:t>
      </w:r>
      <w:r>
        <w:rPr>
          <w:rFonts w:ascii="Arial" w:hAnsi="Arial" w:cs="Arial"/>
          <w:b w:val="0"/>
          <w:i w:val="0"/>
          <w:sz w:val="20"/>
        </w:rPr>
        <w:t>A 20-minute inland walk from Kuto Beach leads to the overgrown ruins of a 19th-century French colonial prison, where Communards…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Pic N'Ga Hike — </w:t>
      </w:r>
      <w:r>
        <w:rPr>
          <w:rFonts w:ascii="Arial" w:hAnsi="Arial" w:cs="Arial"/>
          <w:b w:val="0"/>
          <w:i w:val="0"/>
          <w:sz w:val="20"/>
        </w:rPr>
        <w:t>The island's highest point (262 m) rewards a steep 1-hour climb with a 360° panorama of the reef, bays, and columnar pines.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Queen Hortense's Cave — </w:t>
      </w:r>
      <w:r>
        <w:rPr>
          <w:rFonts w:ascii="Arial" w:hAnsi="Arial" w:cs="Arial"/>
          <w:b w:val="0"/>
          <w:i w:val="0"/>
          <w:sz w:val="20"/>
        </w:rPr>
        <w:t>A large limestone cavern where the local Kanak queen hid during a 19th-century tribal war.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Kuto Beach to Kanumera Bay: </w:t>
      </w:r>
      <w:r>
        <w:rPr>
          <w:rFonts w:ascii="Arial" w:hAnsi="Arial" w:cs="Arial"/>
          <w:b w:val="0"/>
          <w:i w:val="0"/>
          <w:sz w:val="20"/>
        </w:rPr>
        <w:t>0.5 km · 5 min · Easy · Free — Walk across the narrow sandy isthmus from the tender jetty at Kuto Beach to the gorgeous Kanumera…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Kuto Bay to Penal Colony Ruins: </w:t>
      </w:r>
      <w:r>
        <w:rPr>
          <w:rFonts w:ascii="Arial" w:hAnsi="Arial" w:cs="Arial"/>
          <w:b w:val="0"/>
          <w:i w:val="0"/>
          <w:sz w:val="20"/>
        </w:rPr>
        <w:t>1.5 km · 20 min · Easy–moderate · Free — Follow the main road inland from the tender pier to the atmospheric ruins of the 19th-century…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6:15AM–5:17PM · Jul 6:30AM–5:22PM · Sep 5:47AM–5:43PM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cruiseports.org/isle-of-pines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Isle of Pines, New Caledonia,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pin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Piscine Naturelle d’Oro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Maurice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Grotte de la Reine Hortense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