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Noss, Shetland,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roaring, teeming wall of seabirds on sheer sandstone cliffs — Isle of Noss is a National Nature Reserve with no shops, no restaurants, and absolutely no equal for raw wildlife drama in British waters.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Anchor / Zodiac landing (expedition ships) · 🕒 Typical call: 4-6 hrs · 💷 Currency: British Pound (GBP) · 🗣️ Language: English · 🐦 Prime season: May–July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— expedition ships anchor; Zodiac landing at Gungstie jetty (weather permitting)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cliffs: </w:t>
      </w:r>
      <w:r>
        <w:rPr>
          <w:rFonts w:ascii="Arial" w:hAnsi="Arial" w:cs="Arial"/>
          <w:b w:val="0"/>
          <w:i w:val="0"/>
          <w:sz w:val="20"/>
        </w:rPr>
        <w:t>~1.5 mi / 2.4 km from Gungstie landing to Noup of Noss clifftop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 photography, gannet colonies, wildlife boat tours, remote Shetland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Noup of Noss — 181m sandstone cliffs with 25,000+ breeding gannet pairs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by distance — Local taxi firms (e.g. Shetland Taxi Services) serve Lerwick and can transfer passengers to the Bressay ferry terminal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Cliff Cruise — </w:t>
      </w:r>
      <w:r>
        <w:rPr>
          <w:rFonts w:ascii="Arial" w:hAnsi="Arial" w:cs="Arial"/>
          <w:b w:val="0"/>
          <w:i w:val="0"/>
          <w:sz w:val="20"/>
        </w:rPr>
        <w:t>Cruise the base of the Noup of Noss in an inflatable Zodiac — 181m of sheer sandstone packed with 25,000 gannet pairs…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Noss Circular Walk — </w:t>
      </w:r>
      <w:r>
        <w:rPr>
          <w:rFonts w:ascii="Arial" w:hAnsi="Arial" w:cs="Arial"/>
          <w:b w:val="0"/>
          <w:i w:val="0"/>
          <w:sz w:val="20"/>
        </w:rPr>
        <w:t>From the Gungstie landing, hike the circuit of the island: up through bonxie (Great Skua) nesting grounds to the clifftop, along…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Seabirds &amp; Seals Boat Tour (from Lerwick) — </w:t>
      </w:r>
      <w:r>
        <w:rPr>
          <w:rFonts w:ascii="Arial" w:hAnsi="Arial" w:cs="Arial"/>
          <w:b w:val="0"/>
          <w:i w:val="0"/>
          <w:sz w:val="20"/>
        </w:rPr>
        <w:t>Depart Victoria Pier, Lerwick on a local wildlife tour boat that circles Bressay and Noss.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Bressay &amp; Noss Ferry Day — </w:t>
      </w:r>
      <w:r>
        <w:rPr>
          <w:rFonts w:ascii="Arial" w:hAnsi="Arial" w:cs="Arial"/>
          <w:b w:val="0"/>
          <w:i w:val="0"/>
          <w:sz w:val="20"/>
        </w:rPr>
        <w:t>Independent option: Lerwick–Bressay car ferry (7 min), walk or taxi across Bressay (3 miles), then the small NatureScot…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Noss Circular Walk: </w:t>
      </w:r>
      <w:r>
        <w:rPr>
          <w:rFonts w:ascii="Arial" w:hAnsi="Arial" w:cs="Arial"/>
          <w:b w:val="0"/>
          <w:i w:val="0"/>
          <w:sz w:val="20"/>
        </w:rPr>
        <w:t>~5 mi | 2.5-3 hrs | Moderate-strenuous | Start: Gungstie jetty — From the landing at Gungstie, head east past seal haul-outs, climb through the bonxie nesting…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Gungstie Shore Walk (short): </w:t>
      </w:r>
      <w:r>
        <w:rPr>
          <w:rFonts w:ascii="Arial" w:hAnsi="Arial" w:cs="Arial"/>
          <w:b w:val="0"/>
          <w:i w:val="0"/>
          <w:sz w:val="20"/>
        </w:rPr>
        <w:t>0.5 mi | 15-20 mins | Easy | Start: Gungstie jetty — A short walk from the landing to the seal haul-out rocks and the warden's cottage.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4:25AM–9:37PM · Jul 4:07AM–10:11PM · Sep 6:32AM–7:24PM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cruiseports.org/isle-of-noss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Noss, Shetland,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nos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Seabirds-and-Seals - THE ORIGINAL &amp; NO.1 NOSS BOAT - EST 1992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Shetland Museum &amp; Archives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Charlotte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Noss National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Shetland Textile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Knab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Scalloway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Carol's Ponies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