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Muck,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smallest of the Small Isles, Muck is a working croft island with barely 30 residents, turquoise bays, Highland ponies, and big skies — a genuine off-grid Hebridean escape only expedition ships can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4–6 hrs · 💷 Currency: GBP (British Pounds) · 🗣️ Language: English (Scots Gaelic heritage) · 🚶 Entirely walkable — no cars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Port Mòr slipway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village: </w:t>
      </w:r>
      <w:r>
        <w:rPr>
          <w:rFonts w:ascii="Arial" w:hAnsi="Arial" w:cs="Arial"/>
          <w:b w:val="0"/>
          <w:i w:val="0"/>
          <w:sz w:val="20"/>
        </w:rPr>
        <w:t>2 min from slipway (Port Mòr)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peaceful beaches, off-grid Hebrides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Gallanach Beach &amp; Beinn Airein summit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Beinn Airein Summit Hike — </w:t>
      </w:r>
      <w:r>
        <w:rPr>
          <w:rFonts w:ascii="Arial" w:hAnsi="Arial" w:cs="Arial"/>
          <w:b w:val="0"/>
          <w:i w:val="0"/>
          <w:sz w:val="20"/>
        </w:rPr>
        <w:t>Climb Muck's highest point (137 m / 449 ft) for 360° views of Eigg, Rum, Canna, Skye, and the Ardnamurchan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&amp; Porpoise Watching — </w:t>
      </w:r>
      <w:r>
        <w:rPr>
          <w:rFonts w:ascii="Arial" w:hAnsi="Arial" w:cs="Arial"/>
          <w:b w:val="0"/>
          <w:i w:val="0"/>
          <w:sz w:val="20"/>
        </w:rPr>
        <w:t>Grey seals haul out on the rocks near Port Mòr.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Gallanach Beach — </w:t>
      </w:r>
      <w:r>
        <w:rPr>
          <w:rFonts w:ascii="Arial" w:hAnsi="Arial" w:cs="Arial"/>
          <w:b w:val="0"/>
          <w:i w:val="0"/>
          <w:sz w:val="20"/>
        </w:rPr>
        <w:t>A crescent of white shell sand with improbably turquoise water on the north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Community Hall History Display &amp; Craft Shop — </w:t>
      </w:r>
      <w:r>
        <w:rPr>
          <w:rFonts w:ascii="Arial" w:hAnsi="Arial" w:cs="Arial"/>
          <w:b w:val="0"/>
          <w:i w:val="0"/>
          <w:sz w:val="20"/>
        </w:rPr>
        <w:t>The Community Hall near the pier often hosts a small display of island photos and genealogy records.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Mòr to Gallanach Beach: </w:t>
      </w:r>
      <w:r>
        <w:rPr>
          <w:rFonts w:ascii="Arial" w:hAnsi="Arial" w:cs="Arial"/>
          <w:b w:val="0"/>
          <w:i w:val="0"/>
          <w:sz w:val="20"/>
        </w:rPr>
        <w:t>2.5 km return · 40 min · Easy — Follow the single paved road north from the slipway to the island's finest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Beinn Airein Summit Loop: </w:t>
      </w:r>
      <w:r>
        <w:rPr>
          <w:rFonts w:ascii="Arial" w:hAnsi="Arial" w:cs="Arial"/>
          <w:b w:val="0"/>
          <w:i w:val="0"/>
          <w:sz w:val="20"/>
        </w:rPr>
        <w:t>~4 km · 2 hrs · Moderate — From Port Mòr, take the track west then climb the grassy slopes of Beinn Airein.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5:16AM–9:23PM · Jul 5:05AM–9:51PM · Sep 6:56AM–7:38PM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cruiseports.org/isle-of-muck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Muck,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muc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Larne Museum &amp; Arts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Whitehead Railway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Larne Town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Carnfunnock Country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Gleno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Oakfield Glen and Bashfordsland Wood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Blackhead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Chaine Memorial Tower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