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Jura,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road, 200 residents, 6,000 red deer, and a single-malt whisky that defines the island. The Isle of Jura is as remote as Scottish islands get — and all the better for 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6–8 hrs · 💷 Currency: GBP · 🗣️ Language: English · 🦌 Deer outnumber people 30:1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into Craighouse distillery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5 min from tender landing to Craighouse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Whisky lovers, hillwalkers, wildlife &amp; solitude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Jura Distillery tour &amp; the Paps of Jura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contact for quote — Jura Island Tours (Alex: 01496 820314 / 07884 024777) and other local drivers offer taxi and guided island tours by car.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Jura Distillery Tour &amp; Tasting — </w:t>
      </w:r>
      <w:r>
        <w:rPr>
          <w:rFonts w:ascii="Arial" w:hAnsi="Arial" w:cs="Arial"/>
          <w:b w:val="0"/>
          <w:i w:val="0"/>
          <w:sz w:val="20"/>
        </w:rPr>
        <w:t>Founded in 1810 and revived in 1963, Jura Distillery produces a sweet, lightly peated single malt unlike its heavily smoky Islay…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Paps of Jura Walk — </w:t>
      </w:r>
      <w:r>
        <w:rPr>
          <w:rFonts w:ascii="Arial" w:hAnsi="Arial" w:cs="Arial"/>
          <w:b w:val="0"/>
          <w:i w:val="0"/>
          <w:sz w:val="20"/>
        </w:rPr>
        <w:t>Three dramatic quartzite peaks — Beinn an Òir, Beinn Shiantaidh, and Beinn a' Chaolais — dominate the island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Corryvreckan Whirlpool RIB Tour — </w:t>
      </w:r>
      <w:r>
        <w:rPr>
          <w:rFonts w:ascii="Arial" w:hAnsi="Arial" w:cs="Arial"/>
          <w:b w:val="0"/>
          <w:i w:val="0"/>
          <w:sz w:val="20"/>
        </w:rPr>
        <w:t>The Gulf of Corryvreckan between Jura and Scarba is home to one of the world's most powerful tidal whirlpools — audible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Corran Sands Beach Walk — </w:t>
      </w:r>
      <w:r>
        <w:rPr>
          <w:rFonts w:ascii="Arial" w:hAnsi="Arial" w:cs="Arial"/>
          <w:b w:val="0"/>
          <w:i w:val="0"/>
          <w:sz w:val="20"/>
        </w:rPr>
        <w:t>Just 4km north of Craighouse, Corran Sands is considered Jura's finest beach — a wide sweep of white shell sand backed by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Craighouse Village &amp; Keils Cemetery — </w:t>
      </w:r>
      <w:r>
        <w:rPr>
          <w:rFonts w:ascii="Arial" w:hAnsi="Arial" w:cs="Arial"/>
          <w:b w:val="0"/>
          <w:i w:val="0"/>
          <w:sz w:val="20"/>
        </w:rPr>
        <w:t>A self-guided loop from the pier to the Jura Distillery, along the shoreline, and back via the ancient Keils burial ground takes…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Craighouse Harbour &amp; Keils Cemetery Loop: </w:t>
      </w:r>
      <w:r>
        <w:rPr>
          <w:rFonts w:ascii="Arial" w:hAnsi="Arial" w:cs="Arial"/>
          <w:b w:val="0"/>
          <w:i w:val="0"/>
          <w:sz w:val="20"/>
        </w:rPr>
        <w:t>3.2 mi / 5.2 km • 1.5 hrs • Easy — From the pier, walk through the village past the distillery, follow the shoreline south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Craighouse to Corran Sands: </w:t>
      </w:r>
      <w:r>
        <w:rPr>
          <w:rFonts w:ascii="Arial" w:hAnsi="Arial" w:cs="Arial"/>
          <w:b w:val="0"/>
          <w:i w:val="0"/>
          <w:sz w:val="20"/>
        </w:rPr>
        <w:t>5 mi / 8 km round trip • 2.5–3 hrs • Easy–Moderate — Head north out of Craighouse along the A846 and the track to Corran Sands — Jura's most beautiful…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Paps of Jura — Beinn an Òir Summit: </w:t>
      </w:r>
      <w:r>
        <w:rPr>
          <w:rFonts w:ascii="Arial" w:hAnsi="Arial" w:cs="Arial"/>
          <w:b w:val="0"/>
          <w:i w:val="0"/>
          <w:sz w:val="20"/>
        </w:rPr>
        <w:t>~8 mi / 13 km • 5–7 hrs • Strenuous — Scotland's most iconic island hillwalk.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5:11AM–9:28PM · Jul 4:59AM–10:00PM · Sep 6:55AM–7:42PM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cruiseports.org/isle-of-jura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Jura, Inner Hebrides,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ju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Caol Ila Distillery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 of Jura Distillery 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Finlaggan Trust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