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Islay, Scotland,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Queen of the Hebrides enchants with ten legendary whisky distilleries, windswept Atlantic beaches, and a coastline alive with seabirds and seals. Most cruise passengers arrive by tender at Port Ellen — and the famous Three Distilleries Path starts right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7-9 hrs · 💷 British Pound (GBP) · 🗣️ English · 🥃 Whisky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 Ellen pier (or Port Askaig for some itineraries)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pier to Port Ellen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Whisky lovers, wildlife, dramatic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Three Distilleries Path to Laphroaig, Lagavulin &amp; Ardbeg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£27–£33 — Taxis run from Port Ellen (where cruise ships dock) to Bowmore (the island capital), about 18–19 minutes. Advance bookin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Islay Coaches (Tour Islay Ticket)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Distilleries Pathway Walk — </w:t>
      </w:r>
      <w:r>
        <w:rPr>
          <w:rFonts w:ascii="Arial" w:hAnsi="Arial" w:cs="Arial"/>
          <w:b w:val="0"/>
          <w:i w:val="0"/>
          <w:sz w:val="20"/>
        </w:rPr>
        <w:t>The signature Islay experience: a flat, paved path from Port Ellen along the south coast passing Laphroaig, Lagavulin, and Ardbeg.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Kildalton High Cross — </w:t>
      </w:r>
      <w:r>
        <w:rPr>
          <w:rFonts w:ascii="Arial" w:hAnsi="Arial" w:cs="Arial"/>
          <w:b w:val="0"/>
          <w:i w:val="0"/>
          <w:sz w:val="20"/>
        </w:rPr>
        <w:t>One of the finest surviving 8th-century Celtic ringed crosses in Europe, standing in a peaceful ruined churchyard about 7 miles…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Whisky Distillery Tour — </w:t>
      </w:r>
      <w:r>
        <w:rPr>
          <w:rFonts w:ascii="Arial" w:hAnsi="Arial" w:cs="Arial"/>
          <w:b w:val="0"/>
          <w:i w:val="0"/>
          <w:sz w:val="20"/>
        </w:rPr>
        <w:t>Go deeper with a guided tour at one of Islay's legendary distilleries — Laphroaig, Lagavulin, Ardbeg (south coast), Bowmore…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American Monument &amp; The Oa — </w:t>
      </w:r>
      <w:r>
        <w:rPr>
          <w:rFonts w:ascii="Arial" w:hAnsi="Arial" w:cs="Arial"/>
          <w:b w:val="0"/>
          <w:i w:val="0"/>
          <w:sz w:val="20"/>
        </w:rPr>
        <w:t>A dramatic clifftop memorial to the American servicemen and British crew lost when the troopships Tuscania and Otranto sank off…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&amp; Birdwatching Tour — </w:t>
      </w:r>
      <w:r>
        <w:rPr>
          <w:rFonts w:ascii="Arial" w:hAnsi="Arial" w:cs="Arial"/>
          <w:b w:val="0"/>
          <w:i w:val="0"/>
          <w:sz w:val="20"/>
        </w:rPr>
        <w:t>Islay hosts over 100 bird species, including barnacle geese in winter, hen harriers, golden eagles, and choughs.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Distilleries Path: </w:t>
      </w:r>
      <w:r>
        <w:rPr>
          <w:rFonts w:ascii="Arial" w:hAnsi="Arial" w:cs="Arial"/>
          <w:b w:val="0"/>
          <w:i w:val="0"/>
          <w:sz w:val="20"/>
        </w:rPr>
        <w:t>3.5 miles one way | Easy, flat | 2-3 hrs walking — Islay's signature walk follows the south coast from Port Ellen through moorland and sea-views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Kilnaughton Bay &amp; Singing Sands: </w:t>
      </w:r>
      <w:r>
        <w:rPr>
          <w:rFonts w:ascii="Arial" w:hAnsi="Arial" w:cs="Arial"/>
          <w:b w:val="0"/>
          <w:i w:val="0"/>
          <w:sz w:val="20"/>
        </w:rPr>
        <w:t>3-4 miles round trip | Easy | 1.5-2 hrs — From Port Ellen, walk around Kilnaughton Bay to the distinctive square Carraig Fhada lighthouse…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5:13AM–9:29PM · Jul 5:02AM–9:57PM · Sep 6:57AM–7:41PM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cruiseports.org/isle-of-islay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Islay, Scotland,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isl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Round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Ardbeg Distillery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Laphroaig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Carraig Fhada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