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Gigha, Argyll,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Seven miles of white sand and wild gardens off the Kintyre coast — Gigha punches well above its size. Community-owned and car-free for most visitors, it's one of the Hebrides' best-kept secrets.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5–7 hrs · 💷 Currency: GBP (cash useful) · 🗣️ English / Scottish Gaelic · 🌿 Best: Apr–Jun for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Ardminish pier — no cruise berth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Ardminish village is right at the pier; Achamore Gardens ~20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Gardens, beaches, walking,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Twin Beaches (An Dòirlinn) and Achamore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By negotiation — Island Taxi offers local taxi service around Gigha. Prices are by arrangement — contact in advance as availability is li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Achamore Gardens — </w:t>
      </w:r>
      <w:r>
        <w:rPr>
          <w:rFonts w:ascii="Arial" w:hAnsi="Arial" w:cs="Arial"/>
          <w:b w:val="0"/>
          <w:i w:val="0"/>
          <w:sz w:val="20"/>
        </w:rPr>
        <w:t>A celebrated west-coast island garden established in 1944 by Sir James Horlick, growing rhododendrons, camellias, New Zealand…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Twin Beaches (An Dòirlinn) — </w:t>
      </w:r>
      <w:r>
        <w:rPr>
          <w:rFonts w:ascii="Arial" w:hAnsi="Arial" w:cs="Arial"/>
          <w:b w:val="0"/>
          <w:i w:val="0"/>
          <w:sz w:val="20"/>
        </w:rPr>
        <w:t>Two white-sand coves either side of a narrow tombolo linking Gigha to the islet of Eilean Garbh — turquoise water, no crowds…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Kilchattan Chapel &amp; Standing Stones — </w:t>
      </w:r>
      <w:r>
        <w:rPr>
          <w:rFonts w:ascii="Arial" w:hAnsi="Arial" w:cs="Arial"/>
          <w:b w:val="0"/>
          <w:i w:val="0"/>
          <w:sz w:val="20"/>
        </w:rPr>
        <w:t>The ruins of a 13th-century chapel sit uphill near Ardminish, with the inscribed Ogham Stone just to its west.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Paddleboard Hire — </w:t>
      </w:r>
      <w:r>
        <w:rPr>
          <w:rFonts w:ascii="Arial" w:hAnsi="Arial" w:cs="Arial"/>
          <w:b w:val="0"/>
          <w:i w:val="0"/>
          <w:sz w:val="20"/>
        </w:rPr>
        <w:t>Gigha Boats and Activity Centre rents kayaks, paddleboards, wetsuits, and snorkels.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Walk — </w:t>
      </w:r>
      <w:r>
        <w:rPr>
          <w:rFonts w:ascii="Arial" w:hAnsi="Arial" w:cs="Arial"/>
          <w:b w:val="0"/>
          <w:i w:val="0"/>
          <w:sz w:val="20"/>
        </w:rPr>
        <w:t>Otters, seals, red deer, and a variety of seabirds are regulars on Gigha.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Ardminish to Achamore Gardens: </w:t>
      </w:r>
      <w:r>
        <w:rPr>
          <w:rFonts w:ascii="Arial" w:hAnsi="Arial" w:cs="Arial"/>
          <w:b w:val="0"/>
          <w:i w:val="0"/>
          <w:sz w:val="20"/>
        </w:rPr>
        <w:t>1.5 miles · ~20 min · Easy — Follow the single-track road south from the pier through Ardminish village and into the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Twin Beaches: </w:t>
      </w:r>
      <w:r>
        <w:rPr>
          <w:rFonts w:ascii="Arial" w:hAnsi="Arial" w:cs="Arial"/>
          <w:b w:val="0"/>
          <w:i w:val="0"/>
          <w:sz w:val="20"/>
        </w:rPr>
        <w:t>~5 miles · ~1.5–2 hrs · Long (bike recommended) — Head north from the pier along the island's single main road to the northern end, then take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5:11AM–9:28PM · Jul 5:00AM–9:56PM · Sep 6:55AM–7:39PM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cruiseports.org/isle-of-gigha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Gigha, Argyll,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gigh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Achamore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Seal 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