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Isle of Eriskay, Outer Hebrides, Scotland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Just 2.5 miles long, Eriskay packs in a legendary whisky shipwreck, a Jacobite royal landing beach, and a critically endangered native pony — all in one unhurried Hebridean day.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pier for cruise ships) · 🕒 Typical call: 5–7 hrs · 💷 Currency: GBP (British Pound) · 🗣️ Language: English &amp; Scottish Gaelic · 🐴 Home of the rare Eriskay Pony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offshore; tenders land at south ferry slipway or Acarsaid Mhòr harbour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pub: </w:t>
      </w:r>
      <w:r>
        <w:rPr>
          <w:rFonts w:ascii="Arial" w:hAnsi="Arial" w:cs="Arial"/>
          <w:b w:val="0"/>
          <w:i w:val="0"/>
          <w:sz w:val="20"/>
        </w:rPr>
        <w:t>~30 min from south ferry slipway to Am Politician pub (1.3 miles)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walkers, wildlife lovers, whisky fans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Prince's Beach (Coilleag a' Phrionnsa) and a dram at Am Politician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£10–£50 — Several local taxi companies serve Eriskay and the Uists (e.g. DMI Taxi, Lindsay's Taxi, Ken's Taxi). Book well in advan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Whisky Galore! — the SS Politician Story — </w:t>
      </w:r>
      <w:r>
        <w:rPr>
          <w:rFonts w:ascii="Arial" w:hAnsi="Arial" w:cs="Arial"/>
          <w:b w:val="0"/>
          <w:i w:val="0"/>
          <w:sz w:val="20"/>
        </w:rPr>
        <w:t>In 1941 the cargo ship SS Politician ran aground in the Sound of Eriskay carrying 264,000 bottles of Scotch whisky.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Eriskay Pony Spotting — </w:t>
      </w:r>
      <w:r>
        <w:rPr>
          <w:rFonts w:ascii="Arial" w:hAnsi="Arial" w:cs="Arial"/>
          <w:b w:val="0"/>
          <w:i w:val="0"/>
          <w:sz w:val="20"/>
        </w:rPr>
        <w:t>The Eriskay Pony is one of the rarest native breeds in the world, adapted to the Hebridean climate with a thick waterproof coat.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Prince's Beach (Coilleag a' Phrionnsa) — </w:t>
      </w:r>
      <w:r>
        <w:rPr>
          <w:rFonts w:ascii="Arial" w:hAnsi="Arial" w:cs="Arial"/>
          <w:b w:val="0"/>
          <w:i w:val="0"/>
          <w:sz w:val="20"/>
        </w:rPr>
        <w:t>Bonnie Prince Charlie stepped ashore here on 23 July 1745 to launch the Jacobite Rising.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 Michael's Church &amp; Shipwreck Bell — </w:t>
      </w:r>
      <w:r>
        <w:rPr>
          <w:rFonts w:ascii="Arial" w:hAnsi="Arial" w:cs="Arial"/>
          <w:b w:val="0"/>
          <w:i w:val="0"/>
          <w:sz w:val="20"/>
        </w:rPr>
        <w:t>Built in 1903, this hilltop Catholic church has an altar supported by the bow of a lifeboat washed ashore from the British…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Eriskay Heritage Centre — </w:t>
      </w:r>
      <w:r>
        <w:rPr>
          <w:rFonts w:ascii="Arial" w:hAnsi="Arial" w:cs="Arial"/>
          <w:b w:val="0"/>
          <w:i w:val="0"/>
          <w:sz w:val="20"/>
        </w:rPr>
        <w:t>Housed in the community hall (Talla an Shlèibh), this small centre displays old photographs, genealogical records, and SS…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South Slipway to Prince's Beach: </w:t>
      </w:r>
      <w:r>
        <w:rPr>
          <w:rFonts w:ascii="Arial" w:hAnsi="Arial" w:cs="Arial"/>
          <w:b w:val="0"/>
          <w:i w:val="0"/>
          <w:sz w:val="20"/>
        </w:rPr>
        <w:t>~1 mile / 20–25 min each way / Easy–Moderate — Head north-west from the ferry slipway along the main road, then follow the track down to Coilleag…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Full Island Loop — Slipway to Pub to Church: </w:t>
      </w:r>
      <w:r>
        <w:rPr>
          <w:rFonts w:ascii="Arial" w:hAnsi="Arial" w:cs="Arial"/>
          <w:b w:val="0"/>
          <w:i w:val="0"/>
          <w:sz w:val="20"/>
        </w:rPr>
        <w:t>~3.5 miles / 2–2.5 hrs / Moderate — From the south slipway, walk north-east to Am Politician pub for a dram and a look at the SS…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cruiseports.org/isle-of-eriskay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