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Colonsay,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Scotland's last truly unhurried islands — 135 residents, no traffic lights, and some of Europe's finest Atlantic beaches. Colonsay rewards slow explorers with dramatic coastal walks, a centuries-old priory, local gin, and a silence you'll remember.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5–8 hrs · 💷 Currency: British Pound (GBP) · 🗣️ Language: English (Gaelic spoken by some) · 🚲 Best explored by bike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Scalasaig Pier — no deep-water berth for cruise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5 min flat from pier to Scalasaig general store and café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 beaches, coastal walks, birdwatching, distillery visits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Kiloran Bay — one of Scotland's finest white-sand beaches, 3.5 miles from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Kiloran Bay &amp; Coastal Walk — </w:t>
      </w:r>
      <w:r>
        <w:rPr>
          <w:rFonts w:ascii="Arial" w:hAnsi="Arial" w:cs="Arial"/>
          <w:b w:val="0"/>
          <w:i w:val="0"/>
          <w:sz w:val="20"/>
        </w:rPr>
        <w:t>Cycle or shuttle 3.5 miles to Kiloran Bay, widely regarded as one of Scotland's finest beaches — a wide crescent of golden sand…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Oronsay Priory (Tidal Island) — </w:t>
      </w:r>
      <w:r>
        <w:rPr>
          <w:rFonts w:ascii="Arial" w:hAnsi="Arial" w:cs="Arial"/>
          <w:b w:val="0"/>
          <w:i w:val="0"/>
          <w:sz w:val="20"/>
        </w:rPr>
        <w:t>At low tide, walk the sandy Strand causeway to Oronsay — a separate island with the ruins of a 14th-century Augustinian priory,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Colonsay Brewery &amp; Wild Island Gin — </w:t>
      </w:r>
      <w:r>
        <w:rPr>
          <w:rFonts w:ascii="Arial" w:hAnsi="Arial" w:cs="Arial"/>
          <w:b w:val="0"/>
          <w:i w:val="0"/>
          <w:sz w:val="20"/>
        </w:rPr>
        <w:t>Colonsay Beverages produces Wild Island Botanic Gin and runs the Colonsay Brewery — the smallest island in the world with its 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Colonsay House Gardens — </w:t>
      </w:r>
      <w:r>
        <w:rPr>
          <w:rFonts w:ascii="Arial" w:hAnsi="Arial" w:cs="Arial"/>
          <w:b w:val="0"/>
          <w:i w:val="0"/>
          <w:sz w:val="20"/>
        </w:rPr>
        <w:t>About 1.5 miles (a 30-minute walk) north of the pier, these historic woodland gardens hold one of Scotland's finest hybrid…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 &amp; Wildlife Walk — </w:t>
      </w:r>
      <w:r>
        <w:rPr>
          <w:rFonts w:ascii="Arial" w:hAnsi="Arial" w:cs="Arial"/>
          <w:b w:val="0"/>
          <w:i w:val="0"/>
          <w:sz w:val="20"/>
        </w:rPr>
        <w:t>Colonsay is home to 150+ bird species including the rare corncrake, red-billed chough, and golden eagle.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Scalasaig Village Stroll: </w:t>
      </w:r>
      <w:r>
        <w:rPr>
          <w:rFonts w:ascii="Arial" w:hAnsi="Arial" w:cs="Arial"/>
          <w:b w:val="0"/>
          <w:i w:val="0"/>
          <w:sz w:val="20"/>
        </w:rPr>
        <w:t>30 min | Easy | All flat — From the pier, walk past the Colonsay Pantry café, up to the general store and post office,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Colonsay House &amp; Gardens Walk: </w:t>
      </w:r>
      <w:r>
        <w:rPr>
          <w:rFonts w:ascii="Arial" w:hAnsi="Arial" w:cs="Arial"/>
          <w:b w:val="0"/>
          <w:i w:val="0"/>
          <w:sz w:val="20"/>
        </w:rPr>
        <w:t>1.5–2 hrs | Easy | ~3 miles round trip — Head north from Scalasaig along the main road through open farmland to Colonsay House and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5:11AM–9:31PM · Jul 4:59AM–10:00PM · Sep 6:56AM–7:41PM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cruiseports.org/isle-of-colonsay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Colonsay, Inner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colons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Caol Ila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Loch Gruinart, Islay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Finlaggan Trust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Kiloran Bay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