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Isle of Coll, Inner Hebrides, Scotland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Scotland's most unspoiled islands — turquoise bays, RSPB corncrake habitat, and skies dark enough to stun. Expedition ships only; crowds never.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6-8 hrs · 💷 Currency: GBP · 🗣️ English (Scottish Gaelic heritage) · 🌿 RSPB nature reserve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Arinagour pier — no cruise berth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village: </w:t>
      </w:r>
      <w:r>
        <w:rPr>
          <w:rFonts w:ascii="Arial" w:hAnsi="Arial" w:cs="Arial"/>
          <w:b w:val="0"/>
          <w:i w:val="0"/>
          <w:sz w:val="20"/>
        </w:rPr>
        <w:t>0.6 miles (10-15 min) from tender landing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birdwatching, cycling, dark-sky stargazing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Tràigh Hogh beach and the Coll Hotel's local seafood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Price on inquiry — Coll Taxis (Barritts) is the island's only private hire service (01879 230402). Book in advance — transport is very limi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Tràigh Hogh &amp; Feall Bay Bike Ride — </w:t>
      </w:r>
      <w:r>
        <w:rPr>
          <w:rFonts w:ascii="Arial" w:hAnsi="Arial" w:cs="Arial"/>
          <w:b w:val="0"/>
          <w:i w:val="0"/>
          <w:sz w:val="20"/>
        </w:rPr>
        <w:t>Cycle 3-5 miles through flower-studded machair to Coll's best beaches — vast Atlantic sweeps of white sand backed by dunes, often…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RSPB Corncrake &amp; Bird Walk — </w:t>
      </w:r>
      <w:r>
        <w:rPr>
          <w:rFonts w:ascii="Arial" w:hAnsi="Arial" w:cs="Arial"/>
          <w:b w:val="0"/>
          <w:i w:val="0"/>
          <w:sz w:val="20"/>
        </w:rPr>
        <w:t>Coll holds one of the UK's last corncrake populations.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Breachacha Castles — </w:t>
      </w:r>
      <w:r>
        <w:rPr>
          <w:rFonts w:ascii="Arial" w:hAnsi="Arial" w:cs="Arial"/>
          <w:b w:val="0"/>
          <w:i w:val="0"/>
          <w:sz w:val="20"/>
        </w:rPr>
        <w:t>Two castles stand side-by-side at the island's south end — a 15th-century medieval tower house and an 18th-century laird's mansion.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Arinagour Village Wander — </w:t>
      </w:r>
      <w:r>
        <w:rPr>
          <w:rFonts w:ascii="Arial" w:hAnsi="Arial" w:cs="Arial"/>
          <w:b w:val="0"/>
          <w:i w:val="0"/>
          <w:sz w:val="20"/>
        </w:rPr>
        <w:t>Explore the island's only village: whitewashed cottages, the award-winning eco-community hall An Cridhe (free Wi-Fi + restrooms)…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Kayaking &amp; Coastal Wildlife — </w:t>
      </w:r>
      <w:r>
        <w:rPr>
          <w:rFonts w:ascii="Arial" w:hAnsi="Arial" w:cs="Arial"/>
          <w:b w:val="0"/>
          <w:i w:val="0"/>
          <w:sz w:val="20"/>
        </w:rPr>
        <w:t>Paddle the sheltered bays around Arinagour and Loch Eatharna, spotting grey seals, herons, and — in summer — possibly basking…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Arinagour Village: </w:t>
      </w:r>
      <w:r>
        <w:rPr>
          <w:rFonts w:ascii="Arial" w:hAnsi="Arial" w:cs="Arial"/>
          <w:b w:val="0"/>
          <w:i w:val="0"/>
          <w:sz w:val="20"/>
        </w:rPr>
        <w:t>0.6 mi / 15 min / flat — Follow the single-track coastal road from the tender landing into the village.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to Cliad Beach: </w:t>
      </w:r>
      <w:r>
        <w:rPr>
          <w:rFonts w:ascii="Arial" w:hAnsi="Arial" w:cs="Arial"/>
          <w:b w:val="0"/>
          <w:i w:val="0"/>
          <w:sz w:val="20"/>
        </w:rPr>
        <w:t>3.5 mi one-way / ~75 min / minor road — Head north from Arinagour along the island road to reach Cliad, a quiet north-facing beach with…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5:09AM–9:36PM · Jul 4:57AM–10:05PM · Sep 6:57AM–7:43PM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cruiseports.org/isle-of-coll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