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Canna, Inner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Scotland's most remote inhabited islands, Canna is a car-free sanctuary of basalt cliffs, ancient Celtic crosses, and vast seabird colonies — visited only by small expedition ships and yachts.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 for cruise ships) · 🕒 Typical call: 4–6 hrs · 💷 Currency: British Pounds (GBP) · 🗣️ Language: English (Gaelic heritage) · 🐦 Bird sanctuary — puffins May–Jul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Canna Harbour; passengers taken ashore by ship's tenders to Canna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flat walk from pier to Community Shop &amp; Café Canna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watching, birdlife, walking, Celtic history, total digital detox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Puffin colonies on Sanday cliffs (Apr–Jul), Coroghon Castle stack, Compass Hill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Puffin &amp; Seabird Walk to Sanday Cliffs — </w:t>
      </w:r>
      <w:r>
        <w:rPr>
          <w:rFonts w:ascii="Arial" w:hAnsi="Arial" w:cs="Arial"/>
          <w:b w:val="0"/>
          <w:i w:val="0"/>
          <w:sz w:val="20"/>
        </w:rPr>
        <w:t>Cross the bridge to the neighbouring island of Sanday and follow the coastal path to the southern cliffs, home to one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Coroghon Castle &amp; Celtic Cross Trail — </w:t>
      </w:r>
      <w:r>
        <w:rPr>
          <w:rFonts w:ascii="Arial" w:hAnsi="Arial" w:cs="Arial"/>
          <w:b w:val="0"/>
          <w:i w:val="0"/>
          <w:sz w:val="20"/>
        </w:rPr>
        <w:t>Follow the path west from the pier to the dramatic Coroghon Castle — a 17th-century stone tower perched atop a sheer volcanic…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Compass Hill Summit Hike — </w:t>
      </w:r>
      <w:r>
        <w:rPr>
          <w:rFonts w:ascii="Arial" w:hAnsi="Arial" w:cs="Arial"/>
          <w:b w:val="0"/>
          <w:i w:val="0"/>
          <w:sz w:val="20"/>
        </w:rPr>
        <w:t>Compass Hill, northeast of the pier, is a volcanic formation so rich in iron ore that passing ships' compasses are famously…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Traigh Bhàn White Beach Walk (Sanday) — </w:t>
      </w:r>
      <w:r>
        <w:rPr>
          <w:rFonts w:ascii="Arial" w:hAnsi="Arial" w:cs="Arial"/>
          <w:b w:val="0"/>
          <w:i w:val="0"/>
          <w:sz w:val="20"/>
        </w:rPr>
        <w:t>A longer walk across Canna and over the bridge to the far shore of Sanday rewards with one of the Hebrides' most pristine beaches…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NTS Ranger Guided Island Walk — </w:t>
      </w:r>
      <w:r>
        <w:rPr>
          <w:rFonts w:ascii="Arial" w:hAnsi="Arial" w:cs="Arial"/>
          <w:b w:val="0"/>
          <w:i w:val="0"/>
          <w:sz w:val="20"/>
        </w:rPr>
        <w:t>The National Trust for Scotland employs a seasonal ranger on Canna who offers guided walks covering the island's Gaelic history…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Loop — Pier to Café &amp; Celtic Cross: </w:t>
      </w:r>
      <w:r>
        <w:rPr>
          <w:rFonts w:ascii="Arial" w:hAnsi="Arial" w:cs="Arial"/>
          <w:b w:val="0"/>
          <w:i w:val="0"/>
          <w:sz w:val="20"/>
        </w:rPr>
        <w:t>1–1.5 hrs | Easy | Flat paths — A gentle intro walk from the pier along the southern shore past the Community Shop and Café Canna…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Coroghon Castle &amp; Sanday Bridge: </w:t>
      </w:r>
      <w:r>
        <w:rPr>
          <w:rFonts w:ascii="Arial" w:hAnsi="Arial" w:cs="Arial"/>
          <w:b w:val="0"/>
          <w:i w:val="0"/>
          <w:sz w:val="20"/>
        </w:rPr>
        <w:t>2–2.5 hrs | Easy-moderate | Some grassy/uneven paths — Head west from the pier to the dramatic cliff-top ruin of Coroghon Castle, then loop back via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Compass Hill Summit: </w:t>
      </w:r>
      <w:r>
        <w:rPr>
          <w:rFonts w:ascii="Arial" w:hAnsi="Arial" w:cs="Arial"/>
          <w:b w:val="0"/>
          <w:i w:val="0"/>
          <w:sz w:val="20"/>
        </w:rPr>
        <w:t>1.5–2 hrs | Moderate-strenuous | Steep grassy ascent — Strike northeast from the pier for a steep climb to the summit of Compass Hill.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5:07AM–9:39PM · Jul 4:54AM–10:08PM · Sep 6:57AM–7:43PM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cruiseports.org/isle-of-canna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