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Bute, Scotland,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Victorian seaside gem in the Firth of Clyde — where Glasgow's grandees once escaped 'doon the watter', and where palm trees improbably line the esplanade.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💷 GBP (British Pounds) · 🗣️ English / Scots Gaelic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Albert Pier, Rothesay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 min — you step off the pier into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Gothic architecture, seal-watching, Victorian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Mount Stuart House &amp; the famous Victorian Toilets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£5–10 (town); £20–25 (cross-island) — Taxis wait at the pier for arriving passengers. Short hops within Rothesay are inexpensive; longer trips to Mount Stuart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Bute (West Coast Motors)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Stuart House &amp; Gardens — </w:t>
      </w:r>
      <w:r>
        <w:rPr>
          <w:rFonts w:ascii="Arial" w:hAnsi="Arial" w:cs="Arial"/>
          <w:b w:val="0"/>
          <w:i w:val="0"/>
          <w:sz w:val="20"/>
        </w:rPr>
        <w:t>One of Britain's most spectacular Victorian Gothic mansions, built by the 3rd Marquess of Bute — once the world's richest man.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Rothesay Castle — </w:t>
      </w:r>
      <w:r>
        <w:rPr>
          <w:rFonts w:ascii="Arial" w:hAnsi="Arial" w:cs="Arial"/>
          <w:b w:val="0"/>
          <w:i w:val="0"/>
          <w:sz w:val="20"/>
        </w:rPr>
        <w:t>A rare circular 13th-century castle complete with a water-filled moat, right in the middle of Rothesay.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Scalpsie Bay Seal Colony — </w:t>
      </w:r>
      <w:r>
        <w:rPr>
          <w:rFonts w:ascii="Arial" w:hAnsi="Arial" w:cs="Arial"/>
          <w:b w:val="0"/>
          <w:i w:val="0"/>
          <w:sz w:val="20"/>
        </w:rPr>
        <w:t>A reddish-sand bay on the west coast that's home to up to 200 harbour seals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Ettrick Bay Beach — </w:t>
      </w:r>
      <w:r>
        <w:rPr>
          <w:rFonts w:ascii="Arial" w:hAnsi="Arial" w:cs="Arial"/>
          <w:b w:val="0"/>
          <w:i w:val="0"/>
          <w:sz w:val="20"/>
        </w:rPr>
        <w:t>A wide, golden-sand beach on Bute's west coast with views across to Arran.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Victorian Rothesay Walking Tour — </w:t>
      </w:r>
      <w:r>
        <w:rPr>
          <w:rFonts w:ascii="Arial" w:hAnsi="Arial" w:cs="Arial"/>
          <w:b w:val="0"/>
          <w:i w:val="0"/>
          <w:sz w:val="20"/>
        </w:rPr>
        <w:t>Explore the Victorian Toilets (an 1899 ceramic masterpiece on the pier), the Esplanade Gardens with their improbable palm trees…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Rothesay Town Highlights Loop: </w:t>
      </w:r>
      <w:r>
        <w:rPr>
          <w:rFonts w:ascii="Arial" w:hAnsi="Arial" w:cs="Arial"/>
          <w:b w:val="0"/>
          <w:i w:val="0"/>
          <w:sz w:val="20"/>
        </w:rPr>
        <w:t>1.5 miles · 45–60 min · Flat · Self-guided — From Albert Pier, visit the Victorian Toilets right on the harbour, then walk up to Rothesay…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Ardencraig Gardens: </w:t>
      </w:r>
      <w:r>
        <w:rPr>
          <w:rFonts w:ascii="Arial" w:hAnsi="Arial" w:cs="Arial"/>
          <w:b w:val="0"/>
          <w:i w:val="0"/>
          <w:sz w:val="20"/>
        </w:rPr>
        <w:t>1.5 miles each way · 25–30 min uphill · Moderate — Head up from the pier through Rothesay to the walled Ardencraig Gardens — a beautiful free council…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5:08AM–9:26PM · Jul 4:56AM–9:54PM · Sep 6:52AM–7:36PM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cruiseports.org/isle-of-bute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Bute, Scotland,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but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 Stuart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Vikingar! Leisure Centre and Visitor Attraction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Rothesay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Kerrycroy Bay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Ascog Hall Garden and Fernery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 of Cumbrae Distillers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Blane's Chapel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