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Arran, Scotland, United Kingdom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Known as 'Scotland in Miniature,' Arran packs Highland peaks, medieval castles, whisky distilleries, and seal-watched beaches into a single island day. Most cruise ships tender into Brodick Bay — and the reward is worth every minute.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(Brodick Bay) · 🕒 Typical call: 6-8 hrs · 💷 Currency: British Pounds (GBP) · 🗣️ Language: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Brodick Bay; tender to Brodick Ferry Terminal pontoon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5-10 min flat walk from tender pontoon to Brodick village shops &amp; cafes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walks, whisky distillery tours, Brodick Castle, prehistoric standing stones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Arran Cheese Shop and a dram of Arran Single Malt before re-boarding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£4–£6 to Brodick center — Several small taxi firms serve the island (Arran Taxi, ARC Private Hire, etc.). Pre-booking is strongly recommended as 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Brodick Castle &amp; Country Park — </w:t>
      </w:r>
      <w:r>
        <w:rPr>
          <w:rFonts w:ascii="Arial" w:hAnsi="Arial" w:cs="Arial"/>
          <w:b w:val="0"/>
          <w:i w:val="0"/>
          <w:sz w:val="20"/>
        </w:rPr>
        <w:t>A dramatic red-sandstone baronial castle (National Trust for Scotland) packed with antiques and art, surrounded by rhododendron…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Arran Single Malt Distillery Tour (Lochranza) — </w:t>
      </w:r>
      <w:r>
        <w:rPr>
          <w:rFonts w:ascii="Arial" w:hAnsi="Arial" w:cs="Arial"/>
          <w:b w:val="0"/>
          <w:i w:val="0"/>
          <w:sz w:val="20"/>
        </w:rPr>
        <w:t>The Isle of Arran Distillery in the scenic north produces award-winning unpeated single malt whisky.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Machrie Moor Standing Stones — </w:t>
      </w:r>
      <w:r>
        <w:rPr>
          <w:rFonts w:ascii="Arial" w:hAnsi="Arial" w:cs="Arial"/>
          <w:b w:val="0"/>
          <w:i w:val="0"/>
          <w:sz w:val="20"/>
        </w:rPr>
        <w:t>Six Neolithic and Bronze Age stone circles on an atmospheric moorland plateau — one of Scotland's most important prehistoric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Kildonan Beach &amp; Seal Colony — </w:t>
      </w:r>
      <w:r>
        <w:rPr>
          <w:rFonts w:ascii="Arial" w:hAnsi="Arial" w:cs="Arial"/>
          <w:b w:val="0"/>
          <w:i w:val="0"/>
          <w:sz w:val="20"/>
        </w:rPr>
        <w:t>A sandy south-coast beach famous for its resident harbour seals, which can almost always be spotted basking on offshore rocks.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Goatfell Summit Hike — </w:t>
      </w:r>
      <w:r>
        <w:rPr>
          <w:rFonts w:ascii="Arial" w:hAnsi="Arial" w:cs="Arial"/>
          <w:b w:val="0"/>
          <w:i w:val="0"/>
          <w:sz w:val="20"/>
        </w:rPr>
        <w:t>Arran's highest peak at 874m (2,867ft) offers panoramic views across the Firth of Clyde to the Scottish mainland — and as far as…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Fisherman's Walk: Brodick to Brodick Castle: </w:t>
      </w:r>
      <w:r>
        <w:rPr>
          <w:rFonts w:ascii="Arial" w:hAnsi="Arial" w:cs="Arial"/>
          <w:b w:val="0"/>
          <w:i w:val="0"/>
          <w:sz w:val="20"/>
        </w:rPr>
        <w:t>2 miles one way · Flat · ~40-50 min · Free — The best walk from the tender pontoon.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Glen Rosa Valley Walk: </w:t>
      </w:r>
      <w:r>
        <w:rPr>
          <w:rFonts w:ascii="Arial" w:hAnsi="Arial" w:cs="Arial"/>
          <w:b w:val="0"/>
          <w:i w:val="0"/>
          <w:sz w:val="20"/>
        </w:rPr>
        <w:t>2-4 miles · Easy to moderate · 1.5-2.5 hrs — A classic Scottish glaciated glen walk starting about 30 minutes on foot from Brodick village.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5:10AM–9:25PM · Jul 4:58AM–9:53PM · Sep 6:53AM–7:37PM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cruiseports.org/isle-of-arran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Isle of Arran, Scotland, United Kingdom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e-of-arr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Rosaburn Ducks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 a’ Chrannaig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Machrie Moor Standing Stones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Giants’ Graves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Sheep Harbour Cleats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