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Isla Parida, Chiriquí,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protected island in the Gulf of Chiriquí National Marine Park, Isla Parida is one of Panama's last truly wild shores — no piers, no crowds, just jungle, coral reefs, and howler monkeys echoing across the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(wet landing via Zodiac) · 🕒 Typical call: 5–8 hrs · 💵 USD / Balboa · 🗣️ Spanish · 🌿 Expedition &amp; small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Anchor-out; Zodiac/tender wet landing onto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beach &amp; jungle trails from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wildlife, secluded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Howler monkeys in the canopy; July–Oct humpback whales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~/person shared or ~/boat private — Water taxis depart from Boca Chica on the mainland. The crossing takes 45–60 minutes depending on sea conditions. Roundt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Reef — </w:t>
      </w:r>
      <w:r>
        <w:rPr>
          <w:rFonts w:ascii="Arial" w:hAnsi="Arial" w:cs="Arial"/>
          <w:b w:val="0"/>
          <w:i w:val="0"/>
          <w:sz w:val="20"/>
        </w:rPr>
        <w:t>Don mask and fins right off Playa Grande or board a Zodiac to nearby coral heads.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Jungle Trail Hike — </w:t>
      </w:r>
      <w:r>
        <w:rPr>
          <w:rFonts w:ascii="Arial" w:hAnsi="Arial" w:cs="Arial"/>
          <w:b w:val="0"/>
          <w:i w:val="0"/>
          <w:sz w:val="20"/>
        </w:rPr>
        <w:t>Rustic paths cut through primary rainforest behind the main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Paddleboarding — </w:t>
      </w:r>
      <w:r>
        <w:rPr>
          <w:rFonts w:ascii="Arial" w:hAnsi="Arial" w:cs="Arial"/>
          <w:b w:val="0"/>
          <w:i w:val="0"/>
          <w:sz w:val="20"/>
        </w:rPr>
        <w:t>Most expedition ships deploy their own water-sports kit on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Mangrove Tour — </w:t>
      </w:r>
      <w:r>
        <w:rPr>
          <w:rFonts w:ascii="Arial" w:hAnsi="Arial" w:cs="Arial"/>
          <w:b w:val="0"/>
          <w:i w:val="0"/>
          <w:sz w:val="20"/>
        </w:rPr>
        <w:t>Glide through the tangled root systems fringing the island in an inflatable boat with a naturalist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Sportfishing in the Gulf of Chiriquí — </w:t>
      </w:r>
      <w:r>
        <w:rPr>
          <w:rFonts w:ascii="Arial" w:hAnsi="Arial" w:cs="Arial"/>
          <w:b w:val="0"/>
          <w:i w:val="0"/>
          <w:sz w:val="20"/>
        </w:rPr>
        <w:t>The gulf is world-renowned for offshore fishing — black marlin, yellowfin tuna, dorado, and roosterfish patrol these waters.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Grande Beach Stroll: </w:t>
      </w:r>
      <w:r>
        <w:rPr>
          <w:rFonts w:ascii="Arial" w:hAnsi="Arial" w:cs="Arial"/>
          <w:b w:val="0"/>
          <w:i w:val="0"/>
          <w:sz w:val="20"/>
        </w:rPr>
        <w:t>Easy · ~1 km · 20 min — Walk the full crescent of Playa Grande from the Zodiac landing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Jungle Trail from the Beach: </w:t>
      </w:r>
      <w:r>
        <w:rPr>
          <w:rFonts w:ascii="Arial" w:hAnsi="Arial" w:cs="Arial"/>
          <w:b w:val="0"/>
          <w:i w:val="0"/>
          <w:sz w:val="20"/>
        </w:rPr>
        <w:t>Easy–moderate · 1–3 km · 30–60 min — Follow the dirt path that heads inland from behind the main beach into primary rainforest.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6:11AM–6:40PM · Jul 6:19AM–6:51PM · Sep 6:19AM–6:29PM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cruiseports.org/isla-parida-panama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