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Mujeres,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laid-back island of turquoise shallows and colorful streets just 8 miles from Cancún — best explored by golf cart with the whole island in a single port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ships anchor offshore) · 🕒 Typical call: 6-8 hrs · 💵 USD widely accepted / MXN preferred · 🗣️ Spanish (English widely spoken in tourist areas)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Terminal Marítima (downtown). Large ships use as excursion from Cozumel/Cancún; small luxury ships anchor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ferry terminal opens directly into El Centro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Playa Norte beach, golf cart island tour, MUSA underwater museum, whale shark swims (Jun–Sep)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Pescado Tikin Xic (Mayan grilled fish) at Playa Lancheros, and the Sea Walls murals in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$3–$10 USD per ride — Fixed-zone fares apply; confirm price before boarding. Short downtown trips ~$3 USD; full island (north to south) ~$7–10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Norte Beach Day — </w:t>
      </w:r>
      <w:r>
        <w:rPr>
          <w:rFonts w:ascii="Arial" w:hAnsi="Arial" w:cs="Arial"/>
          <w:b w:val="0"/>
          <w:i w:val="0"/>
          <w:sz w:val="20"/>
        </w:rPr>
        <w:t>Frequently ranked among the world's best beaches — crushed-coral white sand, waist-deep turquoise water for 100 yards, and a row…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Tour — </w:t>
      </w:r>
      <w:r>
        <w:rPr>
          <w:rFonts w:ascii="Arial" w:hAnsi="Arial" w:cs="Arial"/>
          <w:b w:val="0"/>
          <w:i w:val="0"/>
          <w:sz w:val="20"/>
        </w:rPr>
        <w:t>Rent a golf cart and drive the full perimeter of the island: downtown murals, the Malecón sea wall, Playa Lancheros, and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Shark Swim (Seasonal) — </w:t>
      </w:r>
      <w:r>
        <w:rPr>
          <w:rFonts w:ascii="Arial" w:hAnsi="Arial" w:cs="Arial"/>
          <w:b w:val="0"/>
          <w:i w:val="0"/>
          <w:sz w:val="20"/>
        </w:rPr>
        <w:t>Between June and mid-September, boat excursions head offshore to swim alongside massive, harmless whale sharks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MUSA Underwater Museum — </w:t>
      </w:r>
      <w:r>
        <w:rPr>
          <w:rFonts w:ascii="Arial" w:hAnsi="Arial" w:cs="Arial"/>
          <w:b w:val="0"/>
          <w:i w:val="0"/>
          <w:sz w:val="20"/>
        </w:rPr>
        <w:t>Over 500 life-sized sculptures installed on the seabed, designed to act as artificial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Sur &amp; Temple of Ixchel — </w:t>
      </w:r>
      <w:r>
        <w:rPr>
          <w:rFonts w:ascii="Arial" w:hAnsi="Arial" w:cs="Arial"/>
          <w:b w:val="0"/>
          <w:i w:val="0"/>
          <w:sz w:val="20"/>
        </w:rPr>
        <w:t>The southern tip of the island — also the easternmost point of Mexico — holds cliff-edge views, a sculpture park, and ruins of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Playa Norte: </w:t>
      </w:r>
      <w:r>
        <w:rPr>
          <w:rFonts w:ascii="Arial" w:hAnsi="Arial" w:cs="Arial"/>
          <w:b w:val="0"/>
          <w:i w:val="0"/>
          <w:sz w:val="20"/>
        </w:rPr>
        <w:t>10 min • 0.5 mi • flat and paved — Walk north from the ferry terminal along Avenida Hidalgo (pedestrian-only cobblestone street)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Centro to the Malecón: </w:t>
      </w:r>
      <w:r>
        <w:rPr>
          <w:rFonts w:ascii="Arial" w:hAnsi="Arial" w:cs="Arial"/>
          <w:b w:val="0"/>
          <w:i w:val="0"/>
          <w:sz w:val="20"/>
        </w:rPr>
        <w:t>15 min stroll • paved sea wall — From downtown, walk east to the Malecón — a paved seawall path along the windward side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6:08AM–7:17PM · Jul 6:14AM–7:31PM · Sep 6:34AM–6:49PM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cruiseports.org/isla-mujeres-mexico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Isla Mujeres,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a-mujeres-mexi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Delphinus Punta Cancún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Total Snorkel Cancun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Guadalupe, Isla Mujeres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Delphinus Playa Mujeres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DC Explorer Snorkeling in Isla Mujeres and swim with Whale sharks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Experiencias Cancun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Columbus Romantic Dinner Cancun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