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Isla de la Plata, Manabí,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Floating 25 miles off Ecuador's coast inside Machalilla National Park, Isla de la Plata is where blue-footed boobies nest inches from your feet and humpback whales breach beside the tender on the way in. Same wildlife magic as the Galápagos — one fraction of the distance.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landing (wet feet expected) · 🕒 Typical call: 5–8 hrs · 💵 USD (no shops on island) · 🗣️ Spanish · 🦅 Machalilla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or Zodiac — wet landing at Bahía Drake. No pier exists.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town. Trails start at the beach: 2.5–5.5 km guided loops.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whale watching (Jun–Sep), snorkeling with sea turtles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Blue-footed booby mating dance and giant manta ray aggregation (Aug–Sep)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Blue-Footed Booby Trail — </w:t>
      </w:r>
      <w:r>
        <w:rPr>
          <w:rFonts w:ascii="Arial" w:hAnsi="Arial" w:cs="Arial"/>
          <w:b w:val="0"/>
          <w:i w:val="0"/>
          <w:sz w:val="20"/>
        </w:rPr>
        <w:t>Walk the signature loop where boobies nest right at your feet.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— </w:t>
      </w:r>
      <w:r>
        <w:rPr>
          <w:rFonts w:ascii="Arial" w:hAnsi="Arial" w:cs="Arial"/>
          <w:b w:val="0"/>
          <w:i w:val="0"/>
          <w:sz w:val="20"/>
        </w:rPr>
        <w:t>June through September, humpback whales migrate from Antarctica to calve in Ecuador's warm coastal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with Sea Turtles &amp; Manta Rays — </w:t>
      </w:r>
      <w:r>
        <w:rPr>
          <w:rFonts w:ascii="Arial" w:hAnsi="Arial" w:cs="Arial"/>
          <w:b w:val="0"/>
          <w:i w:val="0"/>
          <w:sz w:val="20"/>
        </w:rPr>
        <w:t>The waters around Bahía Drake and reef sites like Palo Santo Reef host resident green sea turtles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Full-Day Isla de la Plata Combo — </w:t>
      </w:r>
      <w:r>
        <w:rPr>
          <w:rFonts w:ascii="Arial" w:hAnsi="Arial" w:cs="Arial"/>
          <w:b w:val="0"/>
          <w:i w:val="0"/>
          <w:sz w:val="20"/>
        </w:rPr>
        <w:t>The classic day excursion from Puerto López: speedboat crossing, guided booby trail, snorkeling stop, whale watching en route…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Sendero Punta Escalera (Short Loop): </w:t>
      </w:r>
      <w:r>
        <w:rPr>
          <w:rFonts w:ascii="Arial" w:hAnsi="Arial" w:cs="Arial"/>
          <w:b w:val="0"/>
          <w:i w:val="0"/>
          <w:sz w:val="20"/>
        </w:rPr>
        <w:t>2.5 km · ~1.5 hrs · Moderate — The shorter trail circuit from Bahía Drake up the steep staircase to the clifftop plateau.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Sendero Machete (Long Loop): </w:t>
      </w:r>
      <w:r>
        <w:rPr>
          <w:rFonts w:ascii="Arial" w:hAnsi="Arial" w:cs="Arial"/>
          <w:b w:val="0"/>
          <w:i w:val="0"/>
          <w:sz w:val="20"/>
        </w:rPr>
        <w:t>4.3 km · ~2.5–3 hrs · Moderate–Strenuous — The longer trail circuit (the island's most-walked route), extending across the plateau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6:13AM–6:19PM · Jun 6:13AM–6:21PM · Aug 6:17AM–6:24PM · Sep 6:08AM–6:14PM · Oct 5:59AM–6:05PM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Two pairs of footwear required: wear water sandals or water shoes for the wet Zodiac landing, then change into closed-toe hiking shoes on the beach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shade on trails. Equatorial sun is intense year-round. Wide-brim hat, UV shirt, polarized sunglasses, and reef-safe sunscreen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Motion sickness risk: the speedboat crossing from Puerto López can be very rough. Take medication before boarding — not after you're already queasy.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cruiseports.org/isla-de-la-plata-ecuador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