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Ísafjörður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Wooden old town · Dynjandi falls · Vigur puffins · Arctic fox country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main pier (centre) · 🕒 Typical call: 7–9 hrs · 💵 Icelandic Króna (ISK) · cards widely accepted · 🗣️ Icelandic · English universally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Central town pier,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centre: </w:t>
      </w:r>
      <w:r>
        <w:rPr>
          <w:rFonts w:ascii="Arial" w:hAnsi="Arial" w:cs="Arial"/>
          <w:b w:val="0"/>
          <w:i w:val="0"/>
          <w:sz w:val="20"/>
        </w:rPr>
        <w:t>Walk off the gangway — 2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Fjords · Wildlife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Dynjandi waterfall · Vigur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ISK 730 base + ~ISK 351/km — A small number of local taxis serve Ísafjörður. Book in advance (call +354 456-3518) — supply is very limited, especiall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West Travel Iceland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Dynjandi Waterfall — </w:t>
      </w:r>
      <w:r>
        <w:rPr>
          <w:rFonts w:ascii="Arial" w:hAnsi="Arial" w:cs="Arial"/>
          <w:b w:val="0"/>
          <w:i w:val="0"/>
          <w:sz w:val="20"/>
        </w:rPr>
        <w:t>Often called the jewel of the Westfjords, Dynjandi fans out like a bridal veil over 100 metres before tumbling through six…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Vigur Island Puffin Tour — </w:t>
      </w:r>
      <w:r>
        <w:rPr>
          <w:rFonts w:ascii="Arial" w:hAnsi="Arial" w:cs="Arial"/>
          <w:b w:val="0"/>
          <w:i w:val="0"/>
          <w:sz w:val="20"/>
        </w:rPr>
        <w:t>A short boat ride from Ísafjörður lands you on tiny Vigur island, home to thousands of Atlantic puffins, eider ducks, and Arctic…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Súðavík Arctic Fox Centre — </w:t>
      </w:r>
      <w:r>
        <w:rPr>
          <w:rFonts w:ascii="Arial" w:hAnsi="Arial" w:cs="Arial"/>
          <w:b w:val="0"/>
          <w:i w:val="0"/>
          <w:sz w:val="20"/>
        </w:rPr>
        <w:t>The Melrakkasetur (Arctic Fox Centre) in nearby Súðavík is dedicated to Iceland's only native land mammal.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Westfjords Heritage Museum (Byggðasafn Vestfjarða) — </w:t>
      </w:r>
      <w:r>
        <w:rPr>
          <w:rFonts w:ascii="Arial" w:hAnsi="Arial" w:cs="Arial"/>
          <w:b w:val="0"/>
          <w:i w:val="0"/>
          <w:sz w:val="20"/>
        </w:rPr>
        <w:t>Housed in four restored 18th-century timber warehouses — among the oldest buildings in Iceland — the Heritage Museum brings…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Wooden Quarter: </w:t>
      </w:r>
      <w:r>
        <w:rPr>
          <w:rFonts w:ascii="Arial" w:hAnsi="Arial" w:cs="Arial"/>
          <w:b w:val="0"/>
          <w:i w:val="0"/>
          <w:sz w:val="20"/>
        </w:rPr>
        <w:t>~1.5 km · 45 min · easy — Wander the grid of preserved 18th- and 19th-century timber houses clustered on the harbour spit.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Naustahvilft (The Troll Seat) Hike: </w:t>
      </w:r>
      <w:r>
        <w:rPr>
          <w:rFonts w:ascii="Arial" w:hAnsi="Arial" w:cs="Arial"/>
          <w:b w:val="0"/>
          <w:i w:val="0"/>
          <w:sz w:val="20"/>
        </w:rPr>
        <w:t>~4 km return · 2–2.5 hrs · moderate — A well-marked trail climbs steeply from the edge of town to a natural rock amphitheatre carved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Bolungarvík Coastal Drive &amp; Walk: </w:t>
      </w:r>
      <w:r>
        <w:rPr>
          <w:rFonts w:ascii="Arial" w:hAnsi="Arial" w:cs="Arial"/>
          <w:b w:val="0"/>
          <w:i w:val="0"/>
          <w:sz w:val="20"/>
        </w:rPr>
        <w:t>~30 min drive + 1 hr walk · easy — The neighbouring town of Bolungarvík, 15 km along the fjord, has its own open-air maritime museum…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6:53AM–7:59PM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cruiseports.org/isafjordur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Ísafjörður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afjord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Westfjord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Valagil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Bunárfoss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