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Villamil, Isabela Island,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largest and wildest of the Galapagos Islands, Isabela is a place where white-sand streets meet volcanic giants — and Galapagos penguins swim past your Zodiac.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USD · 🗣️ Spanish · 🦎 Wildlife-rich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the bay; Zodiacs ferry passengers to Muelle El Embarcadero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walk (0.8 mi / 1.2 km) from the pier along boardwalk and sandy road; pickup trucks available ($2–3)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encounters, snorkeling, giant tortoises, volcanic hiking, and desert-island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Concha de Perla snorkeling lagoon (free, 2 min from pier) and Arnaldo Tupiza Tortoise Breeding Center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$1–$2 per person — White pickup trucks serve as taxis around town. Fares are per person and very cheap; drivers prefer a full vehicle. Note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Concha de Perla Snorkeling — </w:t>
      </w:r>
      <w:r>
        <w:rPr>
          <w:rFonts w:ascii="Arial" w:hAnsi="Arial" w:cs="Arial"/>
          <w:b w:val="0"/>
          <w:i w:val="0"/>
          <w:sz w:val="20"/>
        </w:rPr>
        <w:t>A crystal-clear natural mangrove lagoon just two minutes from the pier — free to enter and arguably the best self-guided snorkel…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Arnaldo Tupiza Giant Tortoise Breeding Center — </w:t>
      </w:r>
      <w:r>
        <w:rPr>
          <w:rFonts w:ascii="Arial" w:hAnsi="Arial" w:cs="Arial"/>
          <w:b w:val="0"/>
          <w:i w:val="0"/>
          <w:sz w:val="20"/>
        </w:rPr>
        <w:t>Walk the flamingo estuary boardwalk to this conservation facility where you can see giant tortoises at every life stage —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Los Túneles Snorkeling (The Tunnels) — </w:t>
      </w:r>
      <w:r>
        <w:rPr>
          <w:rFonts w:ascii="Arial" w:hAnsi="Arial" w:cs="Arial"/>
          <w:b w:val="0"/>
          <w:i w:val="0"/>
          <w:sz w:val="20"/>
        </w:rPr>
        <w:t>Ancient lava flows have formed underwater arches and bridges teeming with white-tip reef sharks, giant manta rays, seahorses,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Las Tintoreras Islet — </w:t>
      </w:r>
      <w:r>
        <w:rPr>
          <w:rFonts w:ascii="Arial" w:hAnsi="Arial" w:cs="Arial"/>
          <w:b w:val="0"/>
          <w:i w:val="0"/>
          <w:sz w:val="20"/>
        </w:rPr>
        <w:t>A short 10-minute boat ride from the pier leads to this rocky islet where white-tip reef sharks rest in a narrow lava crevice.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Sierra Negra Volcano Hike — </w:t>
      </w:r>
      <w:r>
        <w:rPr>
          <w:rFonts w:ascii="Arial" w:hAnsi="Arial" w:cs="Arial"/>
          <w:b w:val="0"/>
          <w:i w:val="0"/>
          <w:sz w:val="20"/>
        </w:rPr>
        <w:t>A challenging 10-mile round-trip hike to one of the world's largest volcanic calderas.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Town &amp; Flamingo Estuary: </w:t>
      </w:r>
      <w:r>
        <w:rPr>
          <w:rFonts w:ascii="Arial" w:hAnsi="Arial" w:cs="Arial"/>
          <w:b w:val="0"/>
          <w:i w:val="0"/>
          <w:sz w:val="20"/>
        </w:rPr>
        <w:t>2.5 miles round-trip · 1-1.5 hrs · Easy · Free — Walk from the pier past Concha de Perla snorkeling lagoon (worth the 2-minute detour), through 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Bike to the Wall of Tears: </w:t>
      </w:r>
      <w:r>
        <w:rPr>
          <w:rFonts w:ascii="Arial" w:hAnsi="Arial" w:cs="Arial"/>
          <w:b w:val="0"/>
          <w:i w:val="0"/>
          <w:sz w:val="20"/>
        </w:rPr>
        <w:t>7 miles round-trip · 2-3 hrs · Easy cycling · Bike rental ~$15 — Rent a bicycle in town and follow the sandy road west past Playa Grande beach, through dry forest…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5:58AM–6:02PM · Jul 6:08AM–6:11PM · Sep 5:56AM–6:01PM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cruiseports.org/isabela-island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Villamil, Isabela Island, Ecuador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abel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Wall of Tears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Malecon Puerto Villamil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Poza de los Flamingos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Pearl Shell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