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Iron Gate, Danube Gorge, Serbia/Romania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Danube carves through the Carpathians in a spectacular 134 km gorge, passing Roman inscriptions, a medieval fortress, and Europe's largest rock sculpture — all viewed from the sundeck or explored on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Pontoon pier (river cruise) · 🕒 Typical call: scenic transit + 4-6 hrs ashore · 💵 Serbian Dinar / Romanian Leu (€ widely accepted) · 🗣️ Serbian / Romanian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 in Donji Milanovac — direct walkoff,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Donji Milanovac town; Golubac Fortress 1 km from pier if stopped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gorge cruising, Roman history, ancient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Decebalus rock carving (from ship) and Lepenski Vir Mesolithic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local trips — Local taxis available at both Donji Milanovac (Serbia) and Orșova/Drobeta-Turnu Severin (Romania). Small-town distances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Decebalus Rock Sculpture (from ship) — </w:t>
      </w:r>
      <w:r>
        <w:rPr>
          <w:rFonts w:ascii="Arial" w:hAnsi="Arial" w:cs="Arial"/>
          <w:b w:val="0"/>
          <w:i w:val="0"/>
          <w:sz w:val="20"/>
        </w:rPr>
        <w:t>At 55 m, the giant stone portrait of Dacian king Decebalus carved into the gorge cliff is the tallest rock sculpture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Lepenski Vir Archaeological Site — </w:t>
      </w:r>
      <w:r>
        <w:rPr>
          <w:rFonts w:ascii="Arial" w:hAnsi="Arial" w:cs="Arial"/>
          <w:b w:val="0"/>
          <w:i w:val="0"/>
          <w:sz w:val="20"/>
        </w:rPr>
        <w:t>One of Europe's most important prehistoric sites, dating to 9500–6000 BC.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Golubac Fortress — </w:t>
      </w:r>
      <w:r>
        <w:rPr>
          <w:rFonts w:ascii="Arial" w:hAnsi="Arial" w:cs="Arial"/>
          <w:b w:val="0"/>
          <w:i w:val="0"/>
          <w:sz w:val="20"/>
        </w:rPr>
        <w:t>A breathtaking 14th-century fortification with ten towers stepping down the cliff face into the Danube.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Đerdap National Park Hike — </w:t>
      </w:r>
      <w:r>
        <w:rPr>
          <w:rFonts w:ascii="Arial" w:hAnsi="Arial" w:cs="Arial"/>
          <w:b w:val="0"/>
          <w:i w:val="0"/>
          <w:sz w:val="20"/>
        </w:rPr>
        <w:t>Serbia's largest national park flanks the gorge with dense forest, limestone cliffs, and viewpoints over the narrowest stretch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 Gate Dam Lock Transit — </w:t>
      </w:r>
      <w:r>
        <w:rPr>
          <w:rFonts w:ascii="Arial" w:hAnsi="Arial" w:cs="Arial"/>
          <w:b w:val="0"/>
          <w:i w:val="0"/>
          <w:sz w:val="20"/>
        </w:rPr>
        <w:t>A genuine engineering marvel: the ship enters a double-lock chamber and rises or drops 30 m as massive gates open before you.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Donji Milanovac Waterfront Stroll: </w:t>
      </w:r>
      <w:r>
        <w:rPr>
          <w:rFonts w:ascii="Arial" w:hAnsi="Arial" w:cs="Arial"/>
          <w:b w:val="0"/>
          <w:i w:val="0"/>
          <w:sz w:val="20"/>
        </w:rPr>
        <w:t>1 km • 15 min • Flat — Walk the riverside promenade from the ship's pontoon through the town center, passing a small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5:04AM–7:52PM · Jul 5:01AM–8:13PM · Sep 6:10AM–6:41PM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cruiseports.org/iron-gate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Iron Gate, Danube Gorge, Serbia/Romania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ron-ga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Info Center Donji Milanovac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Boljetin river canyon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2 Kapetana, krstarenje Dunavom u Đerdapu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