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Inverness, Scottish Highlands,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northernmost city in Britain sits at the heart of the Scottish Highlands — your gateway to Loch Ness, clan battlefields, and wild Highland scenery. Ships dock 25 miles away at Invergordon; the rewards are worth the transfer.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(Invergordon) · 🕒 Typical call: 8-10 hrs · 💷 Currency: Pound Sterling (£) · 🗣️ Language: English / Scots Gaelic · 🚂 Train to Inverness: ~55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Walk-off pier at Invergordon; free shuttle to town, then train or bus to Inverness (25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Invergordon pier to town: 10 min walk. Inverness city center is compact and walkable.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Outlander fans, Loch Ness seekers, Scottish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Culloden Battlefield — the last battle fought on British soil, just 5 miles from Inverness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£50–£65 one-way — Taxis available at the port for the ~23-mile trip to Inverness city center (~29 min). Shareable between groups to offset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Loch Ness &amp; Urquhart Castle — </w:t>
      </w:r>
      <w:r>
        <w:rPr>
          <w:rFonts w:ascii="Arial" w:hAnsi="Arial" w:cs="Arial"/>
          <w:b w:val="0"/>
          <w:i w:val="0"/>
          <w:sz w:val="20"/>
        </w:rPr>
        <w:t>The must-do Highland experience: a boat cruise on the legendary dark waters of Loch Ness paired with a visit to the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Culloden Battlefield — </w:t>
      </w:r>
      <w:r>
        <w:rPr>
          <w:rFonts w:ascii="Arial" w:hAnsi="Arial" w:cs="Arial"/>
          <w:b w:val="0"/>
          <w:i w:val="0"/>
          <w:sz w:val="20"/>
        </w:rPr>
        <w:t>Five miles from Inverness, this haunting moorland marks the site of the last pitched battle on British soil (1746).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Cawdor Castle &amp; Gardens — </w:t>
      </w:r>
      <w:r>
        <w:rPr>
          <w:rFonts w:ascii="Arial" w:hAnsi="Arial" w:cs="Arial"/>
          <w:b w:val="0"/>
          <w:i w:val="0"/>
          <w:sz w:val="20"/>
        </w:rPr>
        <w:t>A beautifully preserved 14th-century inhabited castle linked to Shakespeare's Macbeth, with magnificent formal gardens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Inverness City Exploration — </w:t>
      </w:r>
      <w:r>
        <w:rPr>
          <w:rFonts w:ascii="Arial" w:hAnsi="Arial" w:cs="Arial"/>
          <w:b w:val="0"/>
          <w:i w:val="0"/>
          <w:sz w:val="20"/>
        </w:rPr>
        <w:t>The Highland capital is compact and walkable: riverside Inverness Cathedral, the Victorian Market arcade, Ness Islands footbridge…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Chanonry Point Dolphin Watch — </w:t>
      </w:r>
      <w:r>
        <w:rPr>
          <w:rFonts w:ascii="Arial" w:hAnsi="Arial" w:cs="Arial"/>
          <w:b w:val="0"/>
          <w:i w:val="0"/>
          <w:sz w:val="20"/>
        </w:rPr>
        <w:t>Chanonry Point on the Black Isle (between Invergordon and Inverness) is one of the UK's best spots to watch bottlenose dolphins…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Ness &amp; Ness Islands Loop: </w:t>
      </w:r>
      <w:r>
        <w:rPr>
          <w:rFonts w:ascii="Arial" w:hAnsi="Arial" w:cs="Arial"/>
          <w:b w:val="0"/>
          <w:i w:val="0"/>
          <w:sz w:val="20"/>
        </w:rPr>
        <w:t>3.5 km · Easy · 45–60 min — From Inverness Train Station, walk south along the riverside to Inverness Cathedral, cross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Victorian Market to Leakey's Bookshop: </w:t>
      </w:r>
      <w:r>
        <w:rPr>
          <w:rFonts w:ascii="Arial" w:hAnsi="Arial" w:cs="Arial"/>
          <w:b w:val="0"/>
          <w:i w:val="0"/>
          <w:sz w:val="20"/>
        </w:rPr>
        <w:t>0.8 km · Easy · 20 min stroll — A short city-centre wander through Inverness's best indoor spaces: the ornate Victorian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4:55AM–9:30PM · Jul 4:41AM–10:04PM · Sep 6:47AM–7:37PM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cruiseports.org/inverness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Inverness, Scottish Highlands,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vernes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Eden Court Inverness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Craig Phadrig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Clava Cairns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Ness Bank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Spirit Inverness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Bellfield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Merkinch Local Nature Reserve (North end)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