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Inverie, Knoydart,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 roads reach this place — just sea, mountains, and silence. Inverie is mainland Britain's last true wilderness, where expedition ships anchor in Loch Nevis and passengers step ashore into a community that runs entirely on its own terms.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in Loch Nevis) · 🕒 Typical call: 5–8 hrs · 💷 Currency: British Pounds (GBP) · 🗣️ Language: English (Gaelic heritage) · 🏔️ Expedition &amp; small-ship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Loch Nevis; tenders land at Inverie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3–5 min from the pier to pub, tearoom, and community shop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 hiking, wildlife watching, off-grid atmosphere, historic pub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Old Forge — Guinness-certified mainland Britain's most remote pub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£9–£18 return (adult) — Western Isles Cruises and Knoydart Seabridge operate ferry services from nearby Mallaig to Inverie across Loch Nevis (~3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Knoydart Ranger Guided Walk — </w:t>
      </w:r>
      <w:r>
        <w:rPr>
          <w:rFonts w:ascii="Arial" w:hAnsi="Arial" w:cs="Arial"/>
          <w:b w:val="0"/>
          <w:i w:val="0"/>
          <w:sz w:val="20"/>
        </w:rPr>
        <w:t>Join a Knoydart Foundation ranger for a guided walk through the peninsula's ancient woodland and open hillside.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Otter &amp; Seal Spotting on Loch Nevis — </w:t>
      </w:r>
      <w:r>
        <w:rPr>
          <w:rFonts w:ascii="Arial" w:hAnsi="Arial" w:cs="Arial"/>
          <w:b w:val="0"/>
          <w:i w:val="0"/>
          <w:sz w:val="20"/>
        </w:rPr>
        <w:t>Otters are regularly seen playing around the pier and rocky foreshore.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to the Brocket Monument — </w:t>
      </w:r>
      <w:r>
        <w:rPr>
          <w:rFonts w:ascii="Arial" w:hAnsi="Arial" w:cs="Arial"/>
          <w:b w:val="0"/>
          <w:i w:val="0"/>
          <w:sz w:val="20"/>
        </w:rPr>
        <w:t>A strenuous hill walk leads up over the hills behind Inverie to the towering stone cross erected in the 1930s by Lord Brocket…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Knoydart Brewery Tour &amp; Tasting — </w:t>
      </w:r>
      <w:r>
        <w:rPr>
          <w:rFonts w:ascii="Arial" w:hAnsi="Arial" w:cs="Arial"/>
          <w:b w:val="0"/>
          <w:i w:val="0"/>
          <w:sz w:val="20"/>
        </w:rPr>
        <w:t>One of Britain's most remote craft breweries operates out of a converted chapel.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Land Raiders Monument &amp; Community Story — </w:t>
      </w:r>
      <w:r>
        <w:rPr>
          <w:rFonts w:ascii="Arial" w:hAnsi="Arial" w:cs="Arial"/>
          <w:b w:val="0"/>
          <w:i w:val="0"/>
          <w:sz w:val="20"/>
        </w:rPr>
        <w:t>A short walk from the pier stands the cairn commemorating the 1948 Land Raiders — seven local men who defied an absentee landlord…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Foreshore Stroll: </w:t>
      </w:r>
      <w:r>
        <w:rPr>
          <w:rFonts w:ascii="Arial" w:hAnsi="Arial" w:cs="Arial"/>
          <w:b w:val="0"/>
          <w:i w:val="0"/>
          <w:sz w:val="20"/>
        </w:rPr>
        <w:t>1.5 km | 30 min | Easy | Flat paved track — Walk east from the pier along the single-track road through the village to Long Beach, passing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Brocket Monument Hill Walk: </w:t>
      </w:r>
      <w:r>
        <w:rPr>
          <w:rFonts w:ascii="Arial" w:hAnsi="Arial" w:cs="Arial"/>
          <w:b w:val="0"/>
          <w:i w:val="0"/>
          <w:sz w:val="20"/>
        </w:rPr>
        <w:t>~10 km return | ~5 hrs | Strenuous | Rough boggy hill path — From the village, head up over the hills behind Inverie to the Brocket Monument, a tall stone cross…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5:04AM–9:35PM · Jul 4:51AM–10:05PM · Sep 6:54AM–7:40PM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cruiseports.org/inverie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Inverie, Knoydart,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veri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Tioram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Moil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Mallaig Heritage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Bella Jane Boat Trips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Otter Hide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Balmacara Estate Visitor Centre (National Trust for Scotland)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Glenfinnan Viaduct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