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Inhaca Island, Maputo Province, Mozambique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true time-machine port: no paved roads, no cruise terminals — just pristine beaches, endangered dugong habitat, and the world's best plate of LM prawns eaten with sand between your toes.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(wet landing possible) · 🕒 Typical call: 6-8 hrs · 💵 USD / ZAR / MZN accepted · 🗣️ Portuguese &amp; Changana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wet landing at beach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landing beach to Inhaca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secluded beaches, authentic Mozambican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LM prawns at Restaurante Lucas &amp; a drift snorkel at Santa Maria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Maria Drift Snorkel — </w:t>
      </w:r>
      <w:r>
        <w:rPr>
          <w:rFonts w:ascii="Arial" w:hAnsi="Arial" w:cs="Arial"/>
          <w:b w:val="0"/>
          <w:i w:val="0"/>
          <w:sz w:val="20"/>
        </w:rPr>
        <w:t>The southern tip of Inhaca narrows into a tidal channel where currents carry you over healthy coral and clouds of reef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Portuguese Island Beach Day — </w:t>
      </w:r>
      <w:r>
        <w:rPr>
          <w:rFonts w:ascii="Arial" w:hAnsi="Arial" w:cs="Arial"/>
          <w:b w:val="0"/>
          <w:i w:val="0"/>
          <w:sz w:val="20"/>
        </w:rPr>
        <w:t>A 10-minute boat hop to a completely uninhabited island of powder-white sand and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Inhaca Lighthouse &amp; North Trail — </w:t>
      </w:r>
      <w:r>
        <w:rPr>
          <w:rFonts w:ascii="Arial" w:hAnsi="Arial" w:cs="Arial"/>
          <w:b w:val="0"/>
          <w:i w:val="0"/>
          <w:sz w:val="20"/>
        </w:rPr>
        <w:t>First established in 1894 (the present concrete tower dates to the 1920s), the Farol sits on the northern tip and offers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Inhaca Village Walk &amp; Market — </w:t>
      </w:r>
      <w:r>
        <w:rPr>
          <w:rFonts w:ascii="Arial" w:hAnsi="Arial" w:cs="Arial"/>
          <w:b w:val="0"/>
          <w:i w:val="0"/>
          <w:sz w:val="20"/>
        </w:rPr>
        <w:t>Stroll the sandy paths of this authentic Mozambican fishing village, browse the small market for capulanas (tie-dye sarongs)…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Marine Biology Museum — </w:t>
      </w:r>
      <w:r>
        <w:rPr>
          <w:rFonts w:ascii="Arial" w:hAnsi="Arial" w:cs="Arial"/>
          <w:b w:val="0"/>
          <w:i w:val="0"/>
          <w:sz w:val="20"/>
        </w:rPr>
        <w:t>A charmingly retro research station established in 1951 displays preserved specimens of dugongs, sharks, sea turtles, and corals.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Landing Beach to Inhaca Village: </w:t>
      </w:r>
      <w:r>
        <w:rPr>
          <w:rFonts w:ascii="Arial" w:hAnsi="Arial" w:cs="Arial"/>
          <w:b w:val="0"/>
          <w:i w:val="0"/>
          <w:sz w:val="20"/>
        </w:rPr>
        <w:t>0.5 km · 10 min · Easy · Flat sand — From the tender drop-off point, follow the sandy path north along the shore into the village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Marine Biology Station: </w:t>
      </w:r>
      <w:r>
        <w:rPr>
          <w:rFonts w:ascii="Arial" w:hAnsi="Arial" w:cs="Arial"/>
          <w:b w:val="0"/>
          <w:i w:val="0"/>
          <w:sz w:val="20"/>
        </w:rPr>
        <w:t>1.5 km · 20 min · Easy · Sandy path — Head west from the village along the coastal track to the Marine Biology Research Station.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5:58AM–5:13PM · Jul 6:12AM–5:19PM · Sep 5:35AM–5:34PM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cruiseports.org/inhaca-island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