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Inagua Island,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southern Bahamas' best-kept secret — home to 80,000 flamingos, blinding white salt mountains, and a town where time stopped decades ago. No crowds, no souvenir shops, no hype.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USD / Bahamian Dollar · 🗣️ English · 🦩 Wildlife &amp; eco-adventure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Government Dock, Matthew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Flamingo watching, birdwatching, salt flats,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Inagua National Park flamingo colony — largest in Western Hemisphere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$7–$15 — Unmetered local taxis are the primary transport option. Matthew Town is small and most fares are short; arrange in advan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Inagua National Park Flamingo Tour — </w:t>
      </w:r>
      <w:r>
        <w:rPr>
          <w:rFonts w:ascii="Arial" w:hAnsi="Arial" w:cs="Arial"/>
          <w:b w:val="0"/>
          <w:i w:val="0"/>
          <w:sz w:val="20"/>
        </w:rPr>
        <w:t>The main event.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Morton Salt Pans — </w:t>
      </w:r>
      <w:r>
        <w:rPr>
          <w:rFonts w:ascii="Arial" w:hAnsi="Arial" w:cs="Arial"/>
          <w:b w:val="0"/>
          <w:i w:val="0"/>
          <w:sz w:val="20"/>
        </w:rPr>
        <w:t>One of North America's largest solar salt operations.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Birding Tour — </w:t>
      </w:r>
      <w:r>
        <w:rPr>
          <w:rFonts w:ascii="Arial" w:hAnsi="Arial" w:cs="Arial"/>
          <w:b w:val="0"/>
          <w:i w:val="0"/>
          <w:sz w:val="20"/>
        </w:rPr>
        <w:t>Beyond flamingos, Inagua hosts 140+ species including the Bahama Parrot, Roseate Spoonbill, and West Indian Whistling Duck.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Matthew Town &amp; Great Inagua Lighthouse — </w:t>
      </w:r>
      <w:r>
        <w:rPr>
          <w:rFonts w:ascii="Arial" w:hAnsi="Arial" w:cs="Arial"/>
          <w:b w:val="0"/>
          <w:i w:val="0"/>
          <w:sz w:val="20"/>
        </w:rPr>
        <w:t>Stroll the quiet colonial streets, then visit the 1870 lighthouse — one of the last hand-operated, kerosene-fueled lighthouses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Farquharson's Beach — </w:t>
      </w:r>
      <w:r>
        <w:rPr>
          <w:rFonts w:ascii="Arial" w:hAnsi="Arial" w:cs="Arial"/>
          <w:b w:val="0"/>
          <w:i w:val="0"/>
          <w:sz w:val="20"/>
        </w:rPr>
        <w:t>A wild, undeveloped pink-sand beach with no facilities and absolute solitude.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Government Dock to Great Inagua Lighthouse: </w:t>
      </w:r>
      <w:r>
        <w:rPr>
          <w:rFonts w:ascii="Arial" w:hAnsi="Arial" w:cs="Arial"/>
          <w:b w:val="0"/>
          <w:i w:val="0"/>
          <w:sz w:val="20"/>
        </w:rPr>
        <w:t>~0.8 miles each way | Flat | 15–20 min — An easy waterfront walk south from the tender dock to the 1870 lighthouse.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Matthew Town Center Stroll: </w:t>
      </w:r>
      <w:r>
        <w:rPr>
          <w:rFonts w:ascii="Arial" w:hAnsi="Arial" w:cs="Arial"/>
          <w:b w:val="0"/>
          <w:i w:val="0"/>
          <w:sz w:val="20"/>
        </w:rPr>
        <w:t>~0.5 miles | Flat | 10–15 min — Wander the handful of streets that make up Matthew Town: weathered colonial buildings, a church 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6:17AM–7:25PM · Jul 6:22AM–7:38PM · Sep 6:42AM–6:57PM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cruiseports.org/inagua-island-bahamas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