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Inaccessible Island, Tristan da Cunha, British Overseas Territory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Fewer people have set foot here than have summited Everest. A sheer-cliffed volcanic island with no roads, no residents, and no guarantees — just seabirds, penguins, and the rarest flightless bird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landing only (no pier) · 🕒 Typical call: 4-6 hrs (weather dependent) · 💷 No commerce on island · 🗣️ English (Tristan da Cunha guides) · 🌿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only — no pier or anchorage. Landing success rate ~10–20%.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 infrastructure. Landings restricted to shoreline (Blenden Hall or Waterfall Beach).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Birdwatchers, wildlife photographers, extreme expedition travelers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Inaccessible Island Rail — world's smallest flightless bird, endemic to this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Search for the Inaccessible Island Rail — </w:t>
      </w:r>
      <w:r>
        <w:rPr>
          <w:rFonts w:ascii="Arial" w:hAnsi="Arial" w:cs="Arial"/>
          <w:b w:val="0"/>
          <w:i w:val="0"/>
          <w:sz w:val="20"/>
        </w:rPr>
        <w:t>The world's smallest flightless bird exists only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Rockhopper Penguin &amp; Seabird Colonies — </w:t>
      </w:r>
      <w:r>
        <w:rPr>
          <w:rFonts w:ascii="Arial" w:hAnsi="Arial" w:cs="Arial"/>
          <w:b w:val="0"/>
          <w:i w:val="0"/>
          <w:sz w:val="20"/>
        </w:rPr>
        <w:t>Northern Rockhopper Penguins nest here in large numbers alongside Tristan Albatrosses, Spectacled Petrels, and Sooty Albatrosses.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Cliff Cruise — </w:t>
      </w:r>
      <w:r>
        <w:rPr>
          <w:rFonts w:ascii="Arial" w:hAnsi="Arial" w:cs="Arial"/>
          <w:b w:val="0"/>
          <w:i w:val="0"/>
          <w:sz w:val="20"/>
        </w:rPr>
        <w:t>Even without a landing, cruising the base of the 500m+ cliffs in a Zodiac reveals dramatic waterfalls plunging directly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Blenden Hall Shipwreck Landing — </w:t>
      </w:r>
      <w:r>
        <w:rPr>
          <w:rFonts w:ascii="Arial" w:hAnsi="Arial" w:cs="Arial"/>
          <w:b w:val="0"/>
          <w:i w:val="0"/>
          <w:sz w:val="20"/>
        </w:rPr>
        <w:t>The beach at Blenden Hall is named for an 1821 shipwreck.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Shoreline scramble at Blenden Hall: </w:t>
      </w:r>
      <w:r>
        <w:rPr>
          <w:rFonts w:ascii="Arial" w:hAnsi="Arial" w:cs="Arial"/>
          <w:b w:val="0"/>
          <w:i w:val="0"/>
          <w:sz w:val="20"/>
        </w:rPr>
        <w:t>0.5 km | Difficult terrain | Guided only — A short, supervised scramble along the black volcanic boulder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7:17AM–6:23PM · Jun 8:03AM–5:39PM · Aug 7:34AM–6:16PM · Sep 6:50AM–6:41PM · Oct 6:05AM–7:07PM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Landing is never guaranteed. The island lives up to its name — most expedition visits end as scenic ship or Zodiac cruises due to swell and wind. Mentally…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full immersion. Waterproof trousers, windproof jacket, and sturdy rubber boots (often provided by the cruise line) are essential. You will get wet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Protect your camera. Bring a dry bag or waterproof case — salt spray during Zodiac transfers is constant and relentless.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cruiseports.org/inaccessible-island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