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Ilulissat, Avannaata,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most productive glacier calves day and night into a UNESCO fjord jammed with cathedral-sized icebergs — and it's right at the edge of town. Ilulissat delivers Arctic drama unlike anywhere else on a cruise map.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6-9 hrs · 💵 Danish Krone (DKK) — cards accepted everywhere · 🗣️ Greenlandic &amp; Danish · ❄️ UNESCO World Heritage Icefjord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Disko Bay; ice conditions can delay or cancel tenders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~0.5 km (5-10 min) uphill from tender landing — town is compact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Icefjord boardwalk hike, iceberg boat tours, Arctic wildlife,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Sermermiut boardwalk to the Icefjord edge — free and unmissable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130–150 DKK (~–22 USD) — Metered taxis operate in Ilulissat (base ~29.5 DKK + 20 DKK/km). Call Ilulissat Taxi (+299 94 44 44) or Radio Taxi (+299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Sermermiut Boardwalk &amp; Icefjord — </w:t>
      </w:r>
      <w:r>
        <w:rPr>
          <w:rFonts w:ascii="Arial" w:hAnsi="Arial" w:cs="Arial"/>
          <w:b w:val="0"/>
          <w:i w:val="0"/>
          <w:sz w:val="20"/>
        </w:rPr>
        <w:t>Walk the free wooden boardwalk through the ancient Sermermiut Inuit settlement valley to the edge of the UNESCO Icefjord.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Boat Tour in Disko Bay — </w:t>
      </w:r>
      <w:r>
        <w:rPr>
          <w:rFonts w:ascii="Arial" w:hAnsi="Arial" w:cs="Arial"/>
          <w:b w:val="0"/>
          <w:i w:val="0"/>
          <w:sz w:val="20"/>
        </w:rPr>
        <w:t>Sail right up to the towering ice giants calved from Sermeq Kujalleq.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Ilulissat Icefjord Centre — </w:t>
      </w:r>
      <w:r>
        <w:rPr>
          <w:rFonts w:ascii="Arial" w:hAnsi="Arial" w:cs="Arial"/>
          <w:b w:val="0"/>
          <w:i w:val="0"/>
          <w:sz w:val="20"/>
        </w:rPr>
        <w:t>Award-winning museum and visitor centre designed to melt into the Arctic landscape.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Knud Rasmussen Museum — </w:t>
      </w:r>
      <w:r>
        <w:rPr>
          <w:rFonts w:ascii="Arial" w:hAnsi="Arial" w:cs="Arial"/>
          <w:b w:val="0"/>
          <w:i w:val="0"/>
          <w:sz w:val="20"/>
        </w:rPr>
        <w:t>Birthplace of the great Arctic explorer, now a museum dedicated to his polar expeditions and Inuit culture.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Helicopter Flightseeing over the Glacier — </w:t>
      </w:r>
      <w:r>
        <w:rPr>
          <w:rFonts w:ascii="Arial" w:hAnsi="Arial" w:cs="Arial"/>
          <w:b w:val="0"/>
          <w:i w:val="0"/>
          <w:sz w:val="20"/>
        </w:rPr>
        <w:t>A splurge that delivers: helicopter tours fly over the mouth of the Icefjord and approach the face of Sermeq Kujalleq (Jakobshavn…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Icefjord Centre &amp; Sermermiut: </w:t>
      </w:r>
      <w:r>
        <w:rPr>
          <w:rFonts w:ascii="Arial" w:hAnsi="Arial" w:cs="Arial"/>
          <w:b w:val="0"/>
          <w:i w:val="0"/>
          <w:sz w:val="20"/>
        </w:rPr>
        <w:t>4 km round trip | 1.5-2 hrs | Moderate (hilly start, easy boardwalk) — From the harbor, walk uphill into town, passing Zion's Church, then continue to the Icefjord Centre…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Loop: </w:t>
      </w:r>
      <w:r>
        <w:rPr>
          <w:rFonts w:ascii="Arial" w:hAnsi="Arial" w:cs="Arial"/>
          <w:b w:val="0"/>
          <w:i w:val="0"/>
          <w:sz w:val="20"/>
        </w:rPr>
        <w:t>2 km | 45 min | Easy — A short loop taking in the main square, the Knud Rasmussen Museum, colorful Greenlandic houses,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7:40AM–8:56PM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cruiseports.org/ilulissat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Ilulissat, Avannaata, Greenland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lulissa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World of Greenland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Ilulissat Isfjord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Ilulissat Isfjordscenter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