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Ilhéus, Bahia,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'Cacao Capital of Brazil' blends colonial grandeur with Bahian soul — crack open a raw cacao pod, sip the pulp, and pull up a chair at the bar that inspired a novel.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(Porto do Malhado) · 🕒 Typical call: 7-9 hrs · 💵 Brazilian Real (BRL) · 🗣️ Portuguese · 🍫 Cacao &amp; chocolate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Porto do Malhado, ~2 km north of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recommended (industrial zone); taxi or shuttle ~10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foodies, chocolate fans, beach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Cacao farm tour + fresh cacao pulp juice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R$25–35 — Taxis wait at the port gate for the ~2–3 km ride to the historic center. Agree on fare before departing or ask for the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Cacao Farm &amp; Chocolate Experience — </w:t>
      </w:r>
      <w:r>
        <w:rPr>
          <w:rFonts w:ascii="Arial" w:hAnsi="Arial" w:cs="Arial"/>
          <w:b w:val="0"/>
          <w:i w:val="0"/>
          <w:sz w:val="20"/>
        </w:rPr>
        <w:t>The signature Ilhéus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Jorge Amado Historic Center Walk — </w:t>
      </w:r>
      <w:r>
        <w:rPr>
          <w:rFonts w:ascii="Arial" w:hAnsi="Arial" w:cs="Arial"/>
          <w:b w:val="0"/>
          <w:i w:val="0"/>
          <w:sz w:val="20"/>
        </w:rPr>
        <w:t>Follow in the footsteps of Brazil's most beloved novelist — visit the Casa de Cultura Jorge Amado, grab a kibe at the legendary…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dos Milionários Beach Day — </w:t>
      </w:r>
      <w:r>
        <w:rPr>
          <w:rFonts w:ascii="Arial" w:hAnsi="Arial" w:cs="Arial"/>
          <w:b w:val="0"/>
          <w:i w:val="0"/>
          <w:sz w:val="20"/>
        </w:rPr>
        <w:t>Bahia's 'Millionaires' Beach' is 7 km south of center — wide golden sands, warm Atlantic waters, and excellent beach cabanas…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Bahian Cuisine &amp; Tasting Tour — </w:t>
      </w:r>
      <w:r>
        <w:rPr>
          <w:rFonts w:ascii="Arial" w:hAnsi="Arial" w:cs="Arial"/>
          <w:b w:val="0"/>
          <w:i w:val="0"/>
          <w:sz w:val="20"/>
        </w:rPr>
        <w:t>Dive into Bahia's African-influenced kitchen: moqueca baiana (coconut fish stew), acarajé street fritters, fresh cacao juice,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Cururupe River &amp; Kayaking — </w:t>
      </w:r>
      <w:r>
        <w:rPr>
          <w:rFonts w:ascii="Arial" w:hAnsi="Arial" w:cs="Arial"/>
          <w:b w:val="0"/>
          <w:i w:val="0"/>
          <w:sz w:val="20"/>
        </w:rPr>
        <w:t>12 km south, the Cururupe River meets the sea in a dramatic tidal estuary.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Center: Amado's Ilhéus: </w:t>
      </w:r>
      <w:r>
        <w:rPr>
          <w:rFonts w:ascii="Arial" w:hAnsi="Arial" w:cs="Arial"/>
          <w:b w:val="0"/>
          <w:i w:val="0"/>
          <w:sz w:val="20"/>
        </w:rPr>
        <w:t>1.5 km · 30–45 min · Easy — Start at the São Sebastião Cathedral on the waterfront, walk to Casa de Cultura Jorge Amado for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Cristo &amp; Waterfront: </w:t>
      </w:r>
      <w:r>
        <w:rPr>
          <w:rFonts w:ascii="Arial" w:hAnsi="Arial" w:cs="Arial"/>
          <w:b w:val="0"/>
          <w:i w:val="0"/>
          <w:sz w:val="20"/>
        </w:rPr>
        <w:t>1 km · 20 min · Easy — Stroll south from the historic center to Praia do Cristo, where a small Christ statue overlooks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5:49AM–5:15PM · Jul 6:02AM–5:21PM · Sep 5:31AM–5:31PM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cruiseports.org/ilheus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Ilhéus, Bahia,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he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Sebastian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Fazenda Yrere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Mirante da Piedade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Cannon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MARAMATA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da Avenida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Sul -Ilhéus, BA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