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Ilha Grande, Rio de Janeiro,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 Atlantic Rainforest island ringed by more than 100 beaches, Ilha Grande hides powdery coves, snorkel-worthy blue lagoons, and a dark prison past all within a short tender ride of Vila do Abraão.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Brazilian Real (BRL) · 🗣️ Portuguese · 🌿 Eco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Vila do Abraão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tender lands in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snorkelling, jungle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Lagoa Azul snorkel boat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R$20/person (~$4 USD) daytime; R$40 (~$8 USD) at night — Local water taxis operate short hops within Abraão and to Abraãozinho beach. Boats depart from the village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Lagoa Azul &amp; Lagoa Verde Snorkel Tour — </w:t>
      </w:r>
      <w:r>
        <w:rPr>
          <w:rFonts w:ascii="Arial" w:hAnsi="Arial" w:cs="Arial"/>
          <w:b w:val="0"/>
          <w:i w:val="0"/>
          <w:sz w:val="20"/>
        </w:rPr>
        <w:t>Speedboat tours depart the pier and zip around the island's northwest tip to two dazzling natural pools — Lagoa Azul…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Lopes Mendes Beach — </w:t>
      </w:r>
      <w:r>
        <w:rPr>
          <w:rFonts w:ascii="Arial" w:hAnsi="Arial" w:cs="Arial"/>
          <w:b w:val="0"/>
          <w:i w:val="0"/>
          <w:sz w:val="20"/>
        </w:rPr>
        <w:t>One of Brazil's most beautiful beaches: 3 km of wild, powdery white sand with rolling surf.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Lazareto Ruins &amp; Jungle Aqueduct — </w:t>
      </w:r>
      <w:r>
        <w:rPr>
          <w:rFonts w:ascii="Arial" w:hAnsi="Arial" w:cs="Arial"/>
          <w:b w:val="0"/>
          <w:i w:val="0"/>
          <w:sz w:val="20"/>
        </w:rPr>
        <w:t>Follow the easy T01 trail past Praia Preta to the 19th-century quarantine hospital ruins and the 1893 stone aqueduct.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Preta (Black Sand Beach) Afternoon — </w:t>
      </w:r>
      <w:r>
        <w:rPr>
          <w:rFonts w:ascii="Arial" w:hAnsi="Arial" w:cs="Arial"/>
          <w:b w:val="0"/>
          <w:i w:val="0"/>
          <w:sz w:val="20"/>
        </w:rPr>
        <w:t>A 15-minute flat walk west of the pier leads to Praia Preta's dark mineral sands, calm shallow water, and a freshwater stream.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Lunch in Vila do Abraão — </w:t>
      </w:r>
      <w:r>
        <w:rPr>
          <w:rFonts w:ascii="Arial" w:hAnsi="Arial" w:cs="Arial"/>
          <w:b w:val="0"/>
          <w:i w:val="0"/>
          <w:sz w:val="20"/>
        </w:rPr>
        <w:t>Vila do Abraão's sand-floored restaurants serve moqueca (coconut-milk seafood stew) and peixe com banana (fish with sautéed…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Praia Preta &amp; Lazareto Ruins: </w:t>
      </w:r>
      <w:r>
        <w:rPr>
          <w:rFonts w:ascii="Arial" w:hAnsi="Arial" w:cs="Arial"/>
          <w:b w:val="0"/>
          <w:i w:val="0"/>
          <w:sz w:val="20"/>
        </w:rPr>
        <w:t>2.5 km · 45-60 min · Easy · Free — Walk west along the waterfront from the pier, passing through Vila do Abraão and continuing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 &amp; Praia do Abraãozinho: </w:t>
      </w:r>
      <w:r>
        <w:rPr>
          <w:rFonts w:ascii="Arial" w:hAnsi="Arial" w:cs="Arial"/>
          <w:b w:val="0"/>
          <w:i w:val="0"/>
          <w:sz w:val="20"/>
        </w:rPr>
        <w:t>3 km · 40-50 min · Easy-moderate · Free — From the pier, head east through the village square (Igreja de São Sebastião) and follow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6:23AM–5:23PM · Jul 6:37AM–5:28PM · Sep 5:54AM–5:50PM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cruiseports.org/ilha-grande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Ilha Grande, Rio de Janeiro,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ha-gran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da Freguesia de Santana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Canto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do Leme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Ruínas do Lazareto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Canoe Tour Ilha Grande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da Crena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Aqueduto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