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Iles des Saintes, Guadeloupe,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Nicknamed the 'Saint-Tropez of the Caribbean,' Iles des Saintes is a tiny, car-free French archipelago where the pace is slow, the beaches pristine, and the pastries irresistible.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cruise pier) · 🕒 Typical call: 6–8 hrs · 💶 Euro (€) — bring cash · 🗣️ French / basic English in tourism · 🌴 Small-ship &amp; luxury lines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in Baie des Saintes; tenders land at the Gare Maritime in Bourg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you step off the tender into the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French Creole food, Fort Napoléon, golf-cart exploration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Tourment d'amour pastries at the pier and Fort Napoléon (closes 12:30 PM)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€12–€15 per trip / tour packages vary — Taxis de l'Ile minibuses carry 6–8 passengers and are available for island tours or point-to-point transport. Often incl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Napoléon &amp; Botanical Garden — </w:t>
      </w:r>
      <w:r>
        <w:rPr>
          <w:rFonts w:ascii="Arial" w:hAnsi="Arial" w:cs="Arial"/>
          <w:b w:val="0"/>
          <w:i w:val="0"/>
          <w:sz w:val="20"/>
        </w:rPr>
        <w:t>A 19th-century fortress built on volcanic heights, housing a museum on the 1782 Battle of the Saintes and a cactus garden roamed…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Plage de Pompierre — </w:t>
      </w:r>
      <w:r>
        <w:rPr>
          <w:rFonts w:ascii="Arial" w:hAnsi="Arial" w:cs="Arial"/>
          <w:b w:val="0"/>
          <w:i w:val="0"/>
          <w:sz w:val="20"/>
        </w:rPr>
        <w:t>The island's most popular beach — a reef-sheltered cove with impossibly calm, shallow turquoise water and a palm-shaded shore.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Plage du Pain de Sucre &amp; Snorkeling — </w:t>
      </w:r>
      <w:r>
        <w:rPr>
          <w:rFonts w:ascii="Arial" w:hAnsi="Arial" w:cs="Arial"/>
          <w:b w:val="0"/>
          <w:i w:val="0"/>
          <w:sz w:val="20"/>
        </w:rPr>
        <w:t>Named after its dramatic basalt cliff, this intimate cove has the best snorkeling on the island — corals and reef fish right off…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 Chameau Summit Hike — </w:t>
      </w:r>
      <w:r>
        <w:rPr>
          <w:rFonts w:ascii="Arial" w:hAnsi="Arial" w:cs="Arial"/>
          <w:b w:val="0"/>
          <w:i w:val="0"/>
          <w:sz w:val="20"/>
        </w:rPr>
        <w:t>The highest point on the island (309 m) has a Napoleonic watchtower and 360° views of Guadeloupe, Marie-Galante, and Dominica.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Bourg Village Stroll &amp; Local Food — </w:t>
      </w:r>
      <w:r>
        <w:rPr>
          <w:rFonts w:ascii="Arial" w:hAnsi="Arial" w:cs="Arial"/>
          <w:b w:val="0"/>
          <w:i w:val="0"/>
          <w:sz w:val="20"/>
        </w:rPr>
        <w:t>Wander the pastel-painted main street, visit the Notre-Dame de l'Assomption church, spot the boat-shaped maison-bateau on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Bourg Village &amp; Cemetery Loop: </w:t>
      </w:r>
      <w:r>
        <w:rPr>
          <w:rFonts w:ascii="Arial" w:hAnsi="Arial" w:cs="Arial"/>
          <w:b w:val="0"/>
          <w:i w:val="0"/>
          <w:sz w:val="20"/>
        </w:rPr>
        <w:t>1.5 km · 20 min · Easy — From the Gare Maritime, stroll through the colorful village center, past the Notre-Dame church, out…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Plage de Pompierre: </w:t>
      </w:r>
      <w:r>
        <w:rPr>
          <w:rFonts w:ascii="Arial" w:hAnsi="Arial" w:cs="Arial"/>
          <w:b w:val="0"/>
          <w:i w:val="0"/>
          <w:sz w:val="20"/>
        </w:rPr>
        <w:t>1.8 km · 20-25 min · Easy-moderate — Head east from the Gare Maritime along the main road, following signs to Pompierre.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5:36AM–6:28PM · Jul 5:43AM–6:41PM · Sep 5:54AM–6:07PM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cruiseports.org/iles-des-saintes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Iles des Saintes, Guadeloupe,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les-des-saint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Notre Dame de l'Assomption, les Saintes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Napoléon des Saintes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