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Île-Rousse, Corsica,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by Corsican patriot Pasquale Paoli, Île-Rousse earns its name from the blazing red porphyry granite of the Pietra islet — a striking contrast to the turquoise sea and white-sand beaches that line the heart of this easygoing resort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7-9 hrs · 💶 Euro (€) · 🗣️ French / Corsican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Small/mid ships dock at Jetée d'Orléans; larger ships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flat walk from pier to Place Paoli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local markets, scenic coastal train to Calvi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 the causeway to the Pietra lighthouse for panoramic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Local taxis (Taxi L'Île-Rousse, Taxis Costa) operate at the port. The ride to town is very short; expect minimum-fare 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Coastal Train to Calvi — </w:t>
      </w:r>
      <w:r>
        <w:rPr>
          <w:rFonts w:ascii="Arial" w:hAnsi="Arial" w:cs="Arial"/>
          <w:b w:val="0"/>
          <w:i w:val="0"/>
          <w:sz w:val="20"/>
        </w:rPr>
        <w:t>Board "U Trinichellu" and ride the vintage two-car train hugging the coastline to Calvi, passing beaches and maquis.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Agriates Desert &amp; Saleccia Beach — </w:t>
      </w:r>
      <w:r>
        <w:rPr>
          <w:rFonts w:ascii="Arial" w:hAnsi="Arial" w:cs="Arial"/>
          <w:b w:val="0"/>
          <w:i w:val="0"/>
          <w:sz w:val="20"/>
        </w:rPr>
        <w:t>The wild Agriates Desert hides some of Corsica's most pristine beaches — Saleccia and Lotu.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Balagne Villages Tour — </w:t>
      </w:r>
      <w:r>
        <w:rPr>
          <w:rFonts w:ascii="Arial" w:hAnsi="Arial" w:cs="Arial"/>
          <w:b w:val="0"/>
          <w:i w:val="0"/>
          <w:sz w:val="20"/>
        </w:rPr>
        <w:t>The hilltop villages of Balagne — Sant'Antonino, Pigna, and Speloncato — cling to the hills above the coast with panoramic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Bodri Beach Day — </w:t>
      </w:r>
      <w:r>
        <w:rPr>
          <w:rFonts w:ascii="Arial" w:hAnsi="Arial" w:cs="Arial"/>
          <w:b w:val="0"/>
          <w:i w:val="0"/>
          <w:sz w:val="20"/>
        </w:rPr>
        <w:t>A 10-minute taxi or one coastal train stop west, Bodri is an undeveloped crescent of fine white sand and turquoise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Wine Tasting in the Balagne — </w:t>
      </w:r>
      <w:r>
        <w:rPr>
          <w:rFonts w:ascii="Arial" w:hAnsi="Arial" w:cs="Arial"/>
          <w:b w:val="0"/>
          <w:i w:val="0"/>
          <w:sz w:val="20"/>
        </w:rPr>
        <w:t>The Balagne is one of Corsica's premier wine regions.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Pietra Lighthouse: </w:t>
      </w:r>
      <w:r>
        <w:rPr>
          <w:rFonts w:ascii="Arial" w:hAnsi="Arial" w:cs="Arial"/>
          <w:b w:val="0"/>
          <w:i w:val="0"/>
          <w:sz w:val="20"/>
        </w:rPr>
        <w:t>3 km round trip · Easy (uphill on Pietra) · ~1 hr — Walk from the port along Plage Napoléon, through Place Paoli, and out along the causeway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Stroll: </w:t>
      </w:r>
      <w:r>
        <w:rPr>
          <w:rFonts w:ascii="Arial" w:hAnsi="Arial" w:cs="Arial"/>
          <w:b w:val="0"/>
          <w:i w:val="0"/>
          <w:sz w:val="20"/>
        </w:rPr>
        <w:t>1 km · Flat · 30–45 min — From the port, walk to Plage Napoléon for a swim or a sunbed, then head into Place Paoli to browse…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6:02AM–8:37PM · Jul 6:01AM–8:57PM · Sep 7:03AM–7:32PM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cruiseports.org/ile-rousse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Île-Rousse, Corsica,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le-rouss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Lac de Melu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Tree Adventure Park Vizzavona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Ski resort of Ghisoni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Fortin de Pasciola - Bastione di Pasciola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Cascade des Anglais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Rivière du Vecchio - Fiumicellu d'U Vechju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de Vaux - U Forte di Vaux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Lac de Capitellu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