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Ikaria Island, Aegean,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five Blue Zones, Ikaria moves to its own rhythm — wild thermal springs bubbling into the sea, clifftop monasteries, and locals who genuinely forget to die.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(Agios Kirykos) · 🕒 Typical call: 6-8 hrs · 💶 Euro (EUR) · 🗣️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Agios Kirykos (capital); some calls use Evdilos (north coast)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from pier to Agios Kirykos harbor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Hot springs, off-the-beaten-path beaches, Blue Zone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Free thermal springs at Lefkada rocks (2 km from port)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Taxis are available at the port. Meter starts at €1.20 with a minimum fare of €3.40 plus a €1.07 port surcharge. Short 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Thermal Springs at Therma — </w:t>
      </w:r>
      <w:r>
        <w:rPr>
          <w:rFonts w:ascii="Arial" w:hAnsi="Arial" w:cs="Arial"/>
          <w:b w:val="0"/>
          <w:i w:val="0"/>
          <w:sz w:val="20"/>
        </w:rPr>
        <w:t>Soak in the municipal radioactive hot springs at the village of Therma, just 2 km east of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Seychelles Beach Hike — </w:t>
      </w:r>
      <w:r>
        <w:rPr>
          <w:rFonts w:ascii="Arial" w:hAnsi="Arial" w:cs="Arial"/>
          <w:b w:val="0"/>
          <w:i w:val="0"/>
          <w:sz w:val="20"/>
        </w:rPr>
        <w:t>Ikaria's most dramatic beach — white limestone cliffs, electric-blue water, and smooth white pebbles created by a road-blasting…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Drakano Tower (Ancient Watchtower) — </w:t>
      </w:r>
      <w:r>
        <w:rPr>
          <w:rFonts w:ascii="Arial" w:hAnsi="Arial" w:cs="Arial"/>
          <w:b w:val="0"/>
          <w:i w:val="0"/>
          <w:sz w:val="20"/>
        </w:rPr>
        <w:t>The remains of a 4th-century BC military watchtower on Ikaria's eastern tip, overlooking Samos and the open Aegean.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Afianes Winery &amp; Pramnios Wine — </w:t>
      </w:r>
      <w:r>
        <w:rPr>
          <w:rFonts w:ascii="Arial" w:hAnsi="Arial" w:cs="Arial"/>
          <w:b w:val="0"/>
          <w:i w:val="0"/>
          <w:sz w:val="20"/>
        </w:rPr>
        <w:t>Taste Pramnios wine — the same wine praised by Homer — at a mountain winery that ferments in clay amphorae buried underground.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Theoktistis Monastery — </w:t>
      </w:r>
      <w:r>
        <w:rPr>
          <w:rFonts w:ascii="Arial" w:hAnsi="Arial" w:cs="Arial"/>
          <w:b w:val="0"/>
          <w:i w:val="0"/>
          <w:sz w:val="20"/>
        </w:rPr>
        <w:t>A tiny chapel built entirely under a massive hollow boulder — one of Ikaria's most striking sights.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Lefkada Thermal Rocks: </w:t>
      </w:r>
      <w:r>
        <w:rPr>
          <w:rFonts w:ascii="Arial" w:hAnsi="Arial" w:cs="Arial"/>
          <w:b w:val="0"/>
          <w:i w:val="0"/>
          <w:sz w:val="20"/>
        </w:rPr>
        <w:t>2 km each way | Easy flat road | ~25 min each way — Walk west along the coast road from the harbor to the Lefkada thermal springs, where hot mineral…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Agios Kirykos Town Wander: </w:t>
      </w:r>
      <w:r>
        <w:rPr>
          <w:rFonts w:ascii="Arial" w:hAnsi="Arial" w:cs="Arial"/>
          <w:b w:val="0"/>
          <w:i w:val="0"/>
          <w:sz w:val="20"/>
        </w:rPr>
        <w:t>1-2 km loop | Very easy | ~30-40 min — Explore the amphitheater-like streets of the capital: the harbor monument to Icarus,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6:05AM–8:17PM · Jul 6:05AM–8:35PM · Sep 6:57AM–7:22PM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cruiseports.org/ikaria-island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Ikaria Island, Aegean,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kari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Agios Kirykos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Tower of Drakano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Nealia Beach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