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Icy Strait Point, Hoonah,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private Alaska Native-owned port built around adventure — dock steps from the world's largest ZipRider, brown bear habitat, and the real Tlingit village of Hoonah just up the road.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(private pier) · 🕒 Typical call: 7–9 hrs · 💵 US Dollar (USD) · 🐻 Brown bear country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Private pier — walk directly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~1.5 miles to Hoonah (shuttle available)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ZipRider · Bears · Tlingit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Brown bear viewing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$7–$10 per person — Local taxis serve the short run from the port to Hoonah (about 3 minutes). Fares run $7–$10 per person each 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ZipRider — World's Largest Zip Line — </w:t>
      </w:r>
      <w:r>
        <w:rPr>
          <w:rFonts w:ascii="Arial" w:hAnsi="Arial" w:cs="Arial"/>
          <w:b w:val="0"/>
          <w:i w:val="0"/>
          <w:sz w:val="20"/>
        </w:rPr>
        <w:t>Six side-by-side tracks drop roughly 1,300 feet of vertical over about 5,330 feet to sea level.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Brown Bear Viewing — </w:t>
      </w:r>
      <w:r>
        <w:rPr>
          <w:rFonts w:ascii="Arial" w:hAnsi="Arial" w:cs="Arial"/>
          <w:b w:val="0"/>
          <w:i w:val="0"/>
          <w:sz w:val="20"/>
        </w:rPr>
        <w:t>A guided tour by boat and/or vehicle into prime brown bear habitat around Hoonah.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in Icy Strait — </w:t>
      </w:r>
      <w:r>
        <w:rPr>
          <w:rFonts w:ascii="Arial" w:hAnsi="Arial" w:cs="Arial"/>
          <w:b w:val="0"/>
          <w:i w:val="0"/>
          <w:sz w:val="20"/>
        </w:rPr>
        <w:t>Icy Strait is one of Southeast Alaska's premier humpback whale feeding grounds.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Hoonah Village &amp; Tlingit Culture — </w:t>
      </w:r>
      <w:r>
        <w:rPr>
          <w:rFonts w:ascii="Arial" w:hAnsi="Arial" w:cs="Arial"/>
          <w:b w:val="0"/>
          <w:i w:val="0"/>
          <w:sz w:val="20"/>
        </w:rPr>
        <w:t>The port is built on land owned by the Huna Totem Corporation, and the nearby village of Hoonah is a real Alaska Native community.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&amp; Nature Trails — </w:t>
      </w:r>
      <w:r>
        <w:rPr>
          <w:rFonts w:ascii="Arial" w:hAnsi="Arial" w:cs="Arial"/>
          <w:b w:val="0"/>
          <w:i w:val="0"/>
          <w:sz w:val="20"/>
        </w:rPr>
        <w:t>Sea kayak in the protected waters off the port or hike the Icy Strait Point Nature Trail through old-growth Sitka spruce forest…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Icy Strait Point Nature Trail: </w:t>
      </w:r>
      <w:r>
        <w:rPr>
          <w:rFonts w:ascii="Arial" w:hAnsi="Arial" w:cs="Arial"/>
          <w:b w:val="0"/>
          <w:i w:val="0"/>
          <w:sz w:val="20"/>
        </w:rPr>
        <w:t>~1.1 mile loop · Easy · ~30 min — A gentle forested loop trail starting behind the cannery, winding through old-growth rainforest…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Hoonah Village Stroll: </w:t>
      </w:r>
      <w:r>
        <w:rPr>
          <w:rFonts w:ascii="Arial" w:hAnsi="Arial" w:cs="Arial"/>
          <w:b w:val="0"/>
          <w:i w:val="0"/>
          <w:sz w:val="20"/>
        </w:rPr>
        <w:t>~1.5 miles one-way · Easy · Flat shore path — Skip the shuttle and walk the paved shore path from the port into Hoonah village (about 20–30…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4:36AM–9:21PM · Jul 4:22AM–9:51PM · Sep 6:32AM–7:19PM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cruiseports.org/icy-strait-point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Icy Strait Point, Hoonah, Alaska,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cy-strait-poin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Wilderness Island Tours, LLC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Skyglider Gondola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Ziprider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