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Hydra Island, Saronic Gulf,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No cars. No motorbikes. No noise except church bells, donkey hooves, and waves. Hydra is the rare Greek island that bans all motor vehicles — and it's glorious.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6-8 hrs · 💶 Euro (€) · 🗣️ Greek / English widely spoken · 🚗 Car-free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5-10 min tender ride to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tender drops you on the harbor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Walking, swimming off rocky ledges, Greek history,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Amygdalota almond cookies from Tsagaris, Hydronetta rock-platform swim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€19–€27 per trip — Small motorboats depart from the east corner of the harbor to beaches and coastal villages. Kamini €19, Vlychos €25–€27,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Hydra Town Wandering &amp; Harbor Cannons — </w:t>
      </w:r>
      <w:r>
        <w:rPr>
          <w:rFonts w:ascii="Arial" w:hAnsi="Arial" w:cs="Arial"/>
          <w:b w:val="0"/>
          <w:i w:val="0"/>
          <w:sz w:val="20"/>
        </w:rPr>
        <w:t>Explore the protected stone mansions (Hydra is a state-protected historic settlement), climb to the old cannons flanking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Hydronetta &amp; Spilia Rock Platforms — </w:t>
      </w:r>
      <w:r>
        <w:rPr>
          <w:rFonts w:ascii="Arial" w:hAnsi="Arial" w:cs="Arial"/>
          <w:b w:val="0"/>
          <w:i w:val="0"/>
          <w:sz w:val="20"/>
        </w:rPr>
        <w:t>A short 5-10 minute walk west from the harbor leads to concrete ledges and sea-level bars where you can swim directly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Lazaros Kountouriotis Mansion Museum — </w:t>
      </w:r>
      <w:r>
        <w:rPr>
          <w:rFonts w:ascii="Arial" w:hAnsi="Arial" w:cs="Arial"/>
          <w:b w:val="0"/>
          <w:i w:val="0"/>
          <w:sz w:val="20"/>
        </w:rPr>
        <w:t>This ochre mansion overlooking the harbor belonged to a key figure in the Greek War of Independence.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Walk to Kamini &amp; Vlychos — </w:t>
      </w:r>
      <w:r>
        <w:rPr>
          <w:rFonts w:ascii="Arial" w:hAnsi="Arial" w:cs="Arial"/>
          <w:b w:val="0"/>
          <w:i w:val="0"/>
          <w:sz w:val="20"/>
        </w:rPr>
        <w:t>Follow the flat coastal path west past Spilia and Hydronetta to the fishing village of Kamini (20 min), then continue to Vlychos…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 Taxi to Bisti Beach — </w:t>
      </w:r>
      <w:r>
        <w:rPr>
          <w:rFonts w:ascii="Arial" w:hAnsi="Arial" w:cs="Arial"/>
          <w:b w:val="0"/>
          <w:i w:val="0"/>
          <w:sz w:val="20"/>
        </w:rPr>
        <w:t>For the ultimate beach experience, negotiate a water taxi from the harbor to Bisti or Agios Nikolaos (15-20 min each way).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Hydronetta: </w:t>
      </w:r>
      <w:r>
        <w:rPr>
          <w:rFonts w:ascii="Arial" w:hAnsi="Arial" w:cs="Arial"/>
          <w:b w:val="0"/>
          <w:i w:val="0"/>
          <w:sz w:val="20"/>
        </w:rPr>
        <w:t>1.5 km · 15 min one-way · Easy, mostly flat — Head west along the waterfront promenade past the cannons, continue along the coastal path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Backstreets &amp; Mansions Loop: </w:t>
      </w:r>
      <w:r>
        <w:rPr>
          <w:rFonts w:ascii="Arial" w:hAnsi="Arial" w:cs="Arial"/>
          <w:b w:val="0"/>
          <w:i w:val="0"/>
          <w:sz w:val="20"/>
        </w:rPr>
        <w:t>2 km · 45 min · Moderate (steep cobblestone steps) — From the harbor, head up into the labyrinth of stone alleys behind the cathedral.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Path to Kamini: </w:t>
      </w:r>
      <w:r>
        <w:rPr>
          <w:rFonts w:ascii="Arial" w:hAnsi="Arial" w:cs="Arial"/>
          <w:b w:val="0"/>
          <w:i w:val="0"/>
          <w:sz w:val="20"/>
        </w:rPr>
        <w:t>2.5 km · 25 min one-way · Easy — A flat, scenic coastal track leads from the harbor to the quiet fishing village of Kamini with its…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6:17AM–8:27PM · Jul 6:17AM–8:46PM · Sep 7:08AM–7:33PM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cruiseports.org/hydra-island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Hydra Island, Saronic Gulf,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ydra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Harriets Hydra Horses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Historical Archive - Museum of Hydra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Mansion of Lazaros Kountouriotis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Λεμονοδάσος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