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Hyannis, Cape Cod, Massachusetts,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Cape Cod's bustling hub where Kennedy family history, fresh lobster rolls, and classic New England shingle architecture greet you steps from the dock. Day-trippers can ferry out to Nantucket or just stroll the harbor walkway — both are equally rewarding.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ships) / Tender (large vessels) · 🕒 Typical call: 6-8 hrs · 💵 USD · 🗣️ English · 🦞 New England seafood scene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(American Cruise Lines) dock at Hyannis Harbor; larger vessels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to Main Street from Ocean Street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Cape Cod charm, JFK history, Nantucket day-trip by ferry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Kennedy Hyannis Museum and a harbor cruise past the Kennedy Compound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Taxis available at the ferry/cruise terminal on Ocean Street. Short rides to Main Street or other downtown spots are qui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JFK Hyannis Museum — </w:t>
      </w:r>
      <w:r>
        <w:rPr>
          <w:rFonts w:ascii="Arial" w:hAnsi="Arial" w:cs="Arial"/>
          <w:b w:val="0"/>
          <w:i w:val="0"/>
          <w:sz w:val="20"/>
        </w:rPr>
        <w:t>The John 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Nantucket Ferry Day Trip — </w:t>
      </w:r>
      <w:r>
        <w:rPr>
          <w:rFonts w:ascii="Arial" w:hAnsi="Arial" w:cs="Arial"/>
          <w:b w:val="0"/>
          <w:i w:val="0"/>
          <w:sz w:val="20"/>
        </w:rPr>
        <w:t>Hy-Line Cruises runs a fast ferry (1 hr) from Hyannis Harbor to Nantucket.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Kennedy Compound Harbor Cruise — </w:t>
      </w:r>
      <w:r>
        <w:rPr>
          <w:rFonts w:ascii="Arial" w:hAnsi="Arial" w:cs="Arial"/>
          <w:b w:val="0"/>
          <w:i w:val="0"/>
          <w:sz w:val="20"/>
        </w:rPr>
        <w:t>The Kennedy Compound in Hyannis Port is not accessible by land, but local harbor cruises pass by water offering views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Kalmus Beach — </w:t>
      </w:r>
      <w:r>
        <w:rPr>
          <w:rFonts w:ascii="Arial" w:hAnsi="Arial" w:cs="Arial"/>
          <w:b w:val="0"/>
          <w:i w:val="0"/>
          <w:sz w:val="20"/>
        </w:rPr>
        <w:t>A broad sandy beach on Nantucket Sound, a short ride from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Stroll &amp; Shopping — </w:t>
      </w:r>
      <w:r>
        <w:rPr>
          <w:rFonts w:ascii="Arial" w:hAnsi="Arial" w:cs="Arial"/>
          <w:b w:val="0"/>
          <w:i w:val="0"/>
          <w:sz w:val="20"/>
        </w:rPr>
        <w:t>Hyannis's Main Street runs parallel to the harbor and is lined with Cape Cod-style boutiques, art galleries, fudge shops, taffy…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Main Street Loop: </w:t>
      </w:r>
      <w:r>
        <w:rPr>
          <w:rFonts w:ascii="Arial" w:hAnsi="Arial" w:cs="Arial"/>
          <w:b w:val="0"/>
          <w:i w:val="0"/>
          <w:sz w:val="20"/>
        </w:rPr>
        <w:t>1.5 miles • Easy • 30-45 min — From the Ocean Street Dock, walk up Ocean Street past the Artist Shanties at Bismore Park, continue…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Veterans Memorial Park: </w:t>
      </w:r>
      <w:r>
        <w:rPr>
          <w:rFonts w:ascii="Arial" w:hAnsi="Arial" w:cs="Arial"/>
          <w:b w:val="0"/>
          <w:i w:val="0"/>
          <w:sz w:val="20"/>
        </w:rPr>
        <w:t>0.5 miles • Easy • 20 min — A short, pleasant walk from the dock along the harbor waterfront to Veterans Memorial Park, which…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5:00AM–7:02PM · Jul 5:05AM–7:15PM · Sep 6:10AM–6:00PM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cruiseports.org/hyannis-barnstable-ma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Hyannis, Cape Cod, Massachusetts,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yannis-barnstable-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Francis Xavier Parish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Whydah Pirate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Armstrong-Kelley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Pirate's Cove Adventure Golf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Cotuit Center for the Arts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Millway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Parker River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Mass Audubon's Barnstable Great Marsh Wildlife Sanctuary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