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Hurghada, Red Sea,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Crystal-clear Red Sea waters meet the Sahara Desert at Hurghada — Egypt's premier resort coast and the closest cruise port to the ancient wonders of Luxor.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8-12 hrs · 💵 Egyptian Pound (EGP); USD/€ accepted · 🗣️ Arabic; English &amp; German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alongside the quay; tendering is rare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Marina is in the same Sekala district; short walk/taxi. El Dahar old town ~7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reef diving, desert safaris, Luxor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Giftun Island snorkeling or a glass-bottom boat over the coral reef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100–250 EGP (~$3–8) — Taxis are plentiful at the port but meters are rarely used for tourists. Agree on the fare before you get in and pay in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Careem,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Giftun Island &amp; Orange Bay Snorkeling — </w:t>
      </w:r>
      <w:r>
        <w:rPr>
          <w:rFonts w:ascii="Arial" w:hAnsi="Arial" w:cs="Arial"/>
          <w:b w:val="0"/>
          <w:i w:val="0"/>
          <w:sz w:val="20"/>
        </w:rPr>
        <w:t>Boat trip to the protected Giftun Islands National Park — shallow coral gardens, brilliant reef fish, and powdery white sand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Luxor &amp; Valley of the Kings Day Trip — </w:t>
      </w:r>
      <w:r>
        <w:rPr>
          <w:rFonts w:ascii="Arial" w:hAnsi="Arial" w:cs="Arial"/>
          <w:b w:val="0"/>
          <w:i w:val="0"/>
          <w:sz w:val="20"/>
        </w:rPr>
        <w:t>A 3.5–4 hr desert drive brings you to Karnak Temple, Luxor Temple, and the Valley of the Kings — the greatest open-air museum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Quad Biking &amp; Bedouin Safari — </w:t>
      </w:r>
      <w:r>
        <w:rPr>
          <w:rFonts w:ascii="Arial" w:hAnsi="Arial" w:cs="Arial"/>
          <w:b w:val="0"/>
          <w:i w:val="0"/>
          <w:sz w:val="20"/>
        </w:rPr>
        <w:t>ATV or 4x4 jeep into the Eastern Desert, followed by a camel ride, Bedouin village visit, mint tea, and a traditional dinner show…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Resort Beach Day Pass — </w:t>
      </w:r>
      <w:r>
        <w:rPr>
          <w:rFonts w:ascii="Arial" w:hAnsi="Arial" w:cs="Arial"/>
          <w:b w:val="0"/>
          <w:i w:val="0"/>
          <w:sz w:val="20"/>
        </w:rPr>
        <w:t>Buy a day pass at a Red Sea resort (Steigenberger Al Dau, Marriott Red Sea, or similar) for private beach access, sunbeds,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Sindbad Submarine Reef Tour — </w:t>
      </w:r>
      <w:r>
        <w:rPr>
          <w:rFonts w:ascii="Arial" w:hAnsi="Arial" w:cs="Arial"/>
          <w:b w:val="0"/>
          <w:i w:val="0"/>
          <w:sz w:val="20"/>
        </w:rPr>
        <w:t>A real submarine descends about 22 metres into the Red Sea so non-swimmers and families can witness the coral reef and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Hurghada Marina Boulevard Stroll: </w:t>
      </w:r>
      <w:r>
        <w:rPr>
          <w:rFonts w:ascii="Arial" w:hAnsi="Arial" w:cs="Arial"/>
          <w:b w:val="0"/>
          <w:i w:val="0"/>
          <w:sz w:val="20"/>
        </w:rPr>
        <w:t>Easy · ~1.5 km · Flat — A pedestrian-only promenade lined with yachts, cafes, and souvenir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Dahar Old Town &amp; Souq: </w:t>
      </w:r>
      <w:r>
        <w:rPr>
          <w:rFonts w:ascii="Arial" w:hAnsi="Arial" w:cs="Arial"/>
          <w:b w:val="0"/>
          <w:i w:val="0"/>
          <w:sz w:val="20"/>
        </w:rPr>
        <w:t>Easy · ~1 km loop · Flat · ~7 km / short taxi from port — The authentic, lived-in heart of Hurghada, about 7 km north of the port in the old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5:56AM–7:25PM · Jul 6:00AM–7:41PM · Sep 6:30AM–6:49PM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cruiseports.org/hurghada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Hurghada, Red Sea,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rgha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Hurghada Marine Museum &amp;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Giftun Islands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Red Sea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جزيرة الجفتون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Hurghada Marina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Hurghada Grand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Selkhet Papyrus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hurghada.primatrips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