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Hundested, North Zealand,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former fishing village reinvented as a creative harbor — glassblowers, smokehouse seafood, and the home of Denmark's greatest polar explorer, all within easy walking distance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💵 Danish Krone (DKK) — but cards accepted everywhere · 🗣️ Danish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Hundested Havn — two cruise quays up to 350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 min (300–400 m) to harbor shops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Artisan culture, seafood, polar history, easy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Knud Rasmussen's House and the glassblowing studios on the quay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80–150 DKK (~$12–23 USD) for short local trips — Local taxis serve Hundested. Base fare is approximately 45 DKK plus ~14 DKK/km. Companies such as Taxa 4x35 and Dantaxi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Knud Rasmussen's House — </w:t>
      </w:r>
      <w:r>
        <w:rPr>
          <w:rFonts w:ascii="Arial" w:hAnsi="Arial" w:cs="Arial"/>
          <w:b w:val="0"/>
          <w:i w:val="0"/>
          <w:sz w:val="20"/>
        </w:rPr>
        <w:t>The preserved cottage of Denmark's greatest polar explorer sits on the cliffs above the lighthouse, filled with Arctic artifacts…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Artisan Harbor Walkabout — </w:t>
      </w:r>
      <w:r>
        <w:rPr>
          <w:rFonts w:ascii="Arial" w:hAnsi="Arial" w:cs="Arial"/>
          <w:b w:val="0"/>
          <w:i w:val="0"/>
          <w:sz w:val="20"/>
        </w:rPr>
        <w:t>Wander the Kulturhavn and duck into open glassblowing studios, ceramic workshops, and galleries.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Spodsbjerg Lighthouse &amp; Coastal Path — </w:t>
      </w:r>
      <w:r>
        <w:rPr>
          <w:rFonts w:ascii="Arial" w:hAnsi="Arial" w:cs="Arial"/>
          <w:b w:val="0"/>
          <w:i w:val="0"/>
          <w:sz w:val="20"/>
        </w:rPr>
        <w:t>Follow the Fyrstien coastal path from the harbor up 30-metre moraine cliffs to the lighthouse (current tower built 1907, a light…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Trip: Frederiksborg Castle — </w:t>
      </w:r>
      <w:r>
        <w:rPr>
          <w:rFonts w:ascii="Arial" w:hAnsi="Arial" w:cs="Arial"/>
          <w:b w:val="0"/>
          <w:i w:val="0"/>
          <w:sz w:val="20"/>
        </w:rPr>
        <w:t>Hop the local train to Hillerød for Denmark's finest Renaissance castle — the 'Danish Versailles' set on a lake, now home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Trekanten Beach — </w:t>
      </w:r>
      <w:r>
        <w:rPr>
          <w:rFonts w:ascii="Arial" w:hAnsi="Arial" w:cs="Arial"/>
          <w:b w:val="0"/>
          <w:i w:val="0"/>
          <w:sz w:val="20"/>
        </w:rPr>
        <w:t>A Blue Flag sandy beach protected by breakwaters, just 3 minutes' walk from the ship.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Artisan Quarter Loop: </w:t>
      </w:r>
      <w:r>
        <w:rPr>
          <w:rFonts w:ascii="Arial" w:hAnsi="Arial" w:cs="Arial"/>
          <w:b w:val="0"/>
          <w:i w:val="0"/>
          <w:sz w:val="20"/>
        </w:rPr>
        <w:t>1.5 km · 25 min · flat — From the cruise quay, stroll the length of Kulturhavn past workshops and galleries, swing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Fyrstien — Lighthouse Cliff Walk: </w:t>
      </w:r>
      <w:r>
        <w:rPr>
          <w:rFonts w:ascii="Arial" w:hAnsi="Arial" w:cs="Arial"/>
          <w:b w:val="0"/>
          <w:i w:val="0"/>
          <w:sz w:val="20"/>
        </w:rPr>
        <w:t>3.5 km one-way · ~50 min · moderate — Head north from the harbor along the coastal path past Trekanten Beach, up the heathland cliffs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5:00AM–9:19PM · Jul 4:48AM–9:47PM · Sep 6:44AM–7:29PM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cruiseports.org/hundested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Hundested, North Zealand,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ndeste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Jægerspris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TimeWinder Nostalgia Festival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Knud Rasmussens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Stængehus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Hundested Sand Sculpture Festival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Ølsted grusgrav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Skansen i Hundested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Auderød Havn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