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Huatulco, Oaxaca,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Nine emerald bays carved into a jungle-backed coastline — Huatulco is Mexico's eco-certified gem where Oaxacan food culture meets swim-ready Pacific beaches steps from your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Mexican Peso (USD accepted) · 🗣️ Spanish · 🌿 UNESCO-recognized eco-destination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Santa Cruz Bay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3–5 min to Playa Santa Cruz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Oaxacan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Tlayudas and mezcal in La Crucecita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$3–$6 USD — Official fixed-rate taxis operate from the cruise pier to La Crucecita (city center) for approximately 45–80 MXN (~$3–$5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Nine Bays Boat Tour — </w:t>
      </w:r>
      <w:r>
        <w:rPr>
          <w:rFonts w:ascii="Arial" w:hAnsi="Arial" w:cs="Arial"/>
          <w:b w:val="0"/>
          <w:i w:val="0"/>
          <w:sz w:val="20"/>
        </w:rPr>
        <w:t>Charter a panga or catamaran from the marina to cruise the bays accessible only by sea — snorkel in hidden coves, spot dolphins…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Playa Maguey — </w:t>
      </w:r>
      <w:r>
        <w:rPr>
          <w:rFonts w:ascii="Arial" w:hAnsi="Arial" w:cs="Arial"/>
          <w:b w:val="0"/>
          <w:i w:val="0"/>
          <w:sz w:val="20"/>
        </w:rPr>
        <w:t>Ten minutes by taxi, this golden-sand bay is lined with palapa restaurants.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Playa La Entrega — </w:t>
      </w:r>
      <w:r>
        <w:rPr>
          <w:rFonts w:ascii="Arial" w:hAnsi="Arial" w:cs="Arial"/>
          <w:b w:val="0"/>
          <w:i w:val="0"/>
          <w:sz w:val="20"/>
        </w:rPr>
        <w:t>A protected cove with a coral reef teeming with tropical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Copalita Archaeological Zone — </w:t>
      </w:r>
      <w:r>
        <w:rPr>
          <w:rFonts w:ascii="Arial" w:hAnsi="Arial" w:cs="Arial"/>
          <w:b w:val="0"/>
          <w:i w:val="0"/>
          <w:sz w:val="20"/>
        </w:rPr>
        <w:t>The only major Mesoamerican site on Mexico's Pacific coast — 2,500-year-old ruins with a ball court and museum set in jungle, 20…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Crucecita Market &amp; Oaxacan Lunch — </w:t>
      </w:r>
      <w:r>
        <w:rPr>
          <w:rFonts w:ascii="Arial" w:hAnsi="Arial" w:cs="Arial"/>
          <w:b w:val="0"/>
          <w:i w:val="0"/>
          <w:sz w:val="20"/>
        </w:rPr>
        <w:t>Walk the zócalo, see the famous 65-foot Virgin of Guadalupe ceiling mural, then sit down for mole negro and mezcal at a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Playa Santa Cruz &amp; Marina: </w:t>
      </w:r>
      <w:r>
        <w:rPr>
          <w:rFonts w:ascii="Arial" w:hAnsi="Arial" w:cs="Arial"/>
          <w:b w:val="0"/>
          <w:i w:val="0"/>
          <w:sz w:val="20"/>
        </w:rPr>
        <w:t>10–15 min · Easy · Free — A flat waterfront stroll from the ship to the beach and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Crucecita Town Walk: </w:t>
      </w:r>
      <w:r>
        <w:rPr>
          <w:rFonts w:ascii="Arial" w:hAnsi="Arial" w:cs="Arial"/>
          <w:b w:val="0"/>
          <w:i w:val="0"/>
          <w:sz w:val="20"/>
        </w:rPr>
        <w:t>30 min walk or 5-min taxi · Easy · Free — The real town of Huatulco.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5:55AM–6:47PM · Jul 6:02AM–7:00PM · Sep 6:13AM–6:26PM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cruiseports.org/huatulco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Huatulco, Oaxaca,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atul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Hagia Sofia Huatulco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la Crucecita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