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Huahine Island, Society Islands,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garden island of the Society Islands, Huahine rewards curious cruisers with the largest concentration of ancient Polynesian marae in French Polynesia, sacred freshwater eels, and a laid-back lagoon that Bora Bora used to be.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XPF / Credit cards in Fare · 🗣️ French &amp; Tahitian · 🌿 Nature &amp; history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 Fare, ~10 min boat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at Fare village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marae, sacred eels, lagoon tours, snorkeling, Avea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Blue-eyed eels at Faie stream &amp; Maeva archaeological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~600–1,000 XPF (~–13 USD) short trip; 2,500+ XPF for longer rides — Taxis are available but scarce — pre-book through your cruise line or arrange at the pier. A short ride from the tender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Maeva Archaeological Site &amp; Marae — </w:t>
      </w:r>
      <w:r>
        <w:rPr>
          <w:rFonts w:ascii="Arial" w:hAnsi="Arial" w:cs="Arial"/>
          <w:b w:val="0"/>
          <w:i w:val="0"/>
          <w:sz w:val="20"/>
        </w:rPr>
        <w:t>Wander the largest concentration of ancient Polynesian stone temples in French Polynesia.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Sacred Blue-Eyed Eels of Faie — </w:t>
      </w:r>
      <w:r>
        <w:rPr>
          <w:rFonts w:ascii="Arial" w:hAnsi="Arial" w:cs="Arial"/>
          <w:b w:val="0"/>
          <w:i w:val="0"/>
          <w:sz w:val="20"/>
        </w:rPr>
        <w:t>In the stream running through Faie village live enormous freshwater eels with striking icy-blue eyes, considered sacred by locals.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Outrigger &amp; Motu Picnic — </w:t>
      </w:r>
      <w:r>
        <w:rPr>
          <w:rFonts w:ascii="Arial" w:hAnsi="Arial" w:cs="Arial"/>
          <w:b w:val="0"/>
          <w:i w:val="0"/>
          <w:sz w:val="20"/>
        </w:rPr>
        <w:t>Spend the day on a motorized outrigger canoe snorkeling crystal-clear coral gardens, feeding stingrays, and eating a traditional…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Scooter or 4WD Island Circuit — </w:t>
      </w:r>
      <w:r>
        <w:rPr>
          <w:rFonts w:ascii="Arial" w:hAnsi="Arial" w:cs="Arial"/>
          <w:b w:val="0"/>
          <w:i w:val="0"/>
          <w:sz w:val="20"/>
        </w:rPr>
        <w:t>Rent a scooter or small car and circuit the island independently — Maeva marae, Faie eels, the Belvedere lookout over Maroe Bay…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Avea Beach, Huahine Iti — </w:t>
      </w:r>
      <w:r>
        <w:rPr>
          <w:rFonts w:ascii="Arial" w:hAnsi="Arial" w:cs="Arial"/>
          <w:b w:val="0"/>
          <w:i w:val="0"/>
          <w:sz w:val="20"/>
        </w:rPr>
        <w:t>The postcard-perfect beach of Huahine — miles of powdery white sand, shallow turquoise water, and coconut palms on the southern…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Fare Village &amp; Beach Stroll: </w:t>
      </w:r>
      <w:r>
        <w:rPr>
          <w:rFonts w:ascii="Arial" w:hAnsi="Arial" w:cs="Arial"/>
          <w:b w:val="0"/>
          <w:i w:val="0"/>
          <w:sz w:val="20"/>
        </w:rPr>
        <w:t>1 km · flat · 20-30 min — From the tender pier, walk the main street past local shops, the Super U supermarket,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Fare to Huahine Distillery: </w:t>
      </w:r>
      <w:r>
        <w:rPr>
          <w:rFonts w:ascii="Arial" w:hAnsi="Arial" w:cs="Arial"/>
          <w:b w:val="0"/>
          <w:i w:val="0"/>
          <w:sz w:val="20"/>
        </w:rPr>
        <w:t>0.5 km · flat · 10 min — Walk from the tender pier to Distillerie Huahine Passion near the village centre for free tastings…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6:20AM–5:40PM · Jul 6:33AM–5:46PM · Sep 5:59AM–5:59PM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cruiseports.org/huahine-island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Huahine Island, Society Islands, French Polynesia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ahine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Fare pote'e maeva huahine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Huahine Pearl Farm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HineOraVai Island Tour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l'ancien Sofitel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Anguilles sacrées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Huahine Dream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