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Horta, Faial Island, Azores,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sailors have stopped for centuries on Atlantic crossings, Horta greets you with the world's most colourful harbour walls, a view of Portugal's highest peak across the water, and some of the best whale watching on Earth.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(Cais de Santa Cruz) · 🕒 Typical call: 6–8 hrs · 💶 Euro (€) · 🗣️ Portuguese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Cais de Santa Cruz, 500 m from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flat waterfront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Marina art, volcanic hikes, whale 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Capelinhos Volcano &amp; grilled limpets at Peter Cafe Sport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€5–€8 — Taxis are available at the port and regulated by the municipality. The short ride to city center takes 3–5 minutes; agre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Capelinhos Volcano — </w:t>
      </w:r>
      <w:r>
        <w:rPr>
          <w:rFonts w:ascii="Arial" w:hAnsi="Arial" w:cs="Arial"/>
          <w:b w:val="0"/>
          <w:i w:val="0"/>
          <w:sz w:val="20"/>
        </w:rPr>
        <w:t>Walk across black ash fields from the 1957–58 eruption that added new land to Faial, then descend into the award-winning…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&amp; Dolphin Watching — </w:t>
      </w:r>
      <w:r>
        <w:rPr>
          <w:rFonts w:ascii="Arial" w:hAnsi="Arial" w:cs="Arial"/>
          <w:b w:val="0"/>
          <w:i w:val="0"/>
          <w:sz w:val="20"/>
        </w:rPr>
        <w:t>The Azores is one of the world's premier whale-watching destinations.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Caldeira do Faial Crater Hike — </w:t>
      </w:r>
      <w:r>
        <w:rPr>
          <w:rFonts w:ascii="Arial" w:hAnsi="Arial" w:cs="Arial"/>
          <w:b w:val="0"/>
          <w:i w:val="0"/>
          <w:sz w:val="20"/>
        </w:rPr>
        <w:t>Drive to the island's volcanic core and walk the rim of a 2 km-wide lush green caldeira, 400 m deep.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Horta Marina Wall Art — </w:t>
      </w:r>
      <w:r>
        <w:rPr>
          <w:rFonts w:ascii="Arial" w:hAnsi="Arial" w:cs="Arial"/>
          <w:b w:val="0"/>
          <w:i w:val="0"/>
          <w:sz w:val="20"/>
        </w:rPr>
        <w:t>Sailor superstition demands every yacht crew leave a painted mural on the marina walls or risk bad luck at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Peter Cafe Sport &amp; Scrimshaw Museum — </w:t>
      </w:r>
      <w:r>
        <w:rPr>
          <w:rFonts w:ascii="Arial" w:hAnsi="Arial" w:cs="Arial"/>
          <w:b w:val="0"/>
          <w:i w:val="0"/>
          <w:sz w:val="20"/>
        </w:rPr>
        <w:t>The world's most famous sailor's bar has been serving Atlantic crossers since 1918.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Harbourfront to Marina &amp; Porto Pim: </w:t>
      </w:r>
      <w:r>
        <w:rPr>
          <w:rFonts w:ascii="Arial" w:hAnsi="Arial" w:cs="Arial"/>
          <w:b w:val="0"/>
          <w:i w:val="0"/>
          <w:sz w:val="20"/>
        </w:rPr>
        <w:t>2.5 km · 40 min · Flat — Walk west from the pier along the Avenida Marginal to the marina to see the famous sailor murals…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Stroll: </w:t>
      </w:r>
      <w:r>
        <w:rPr>
          <w:rFonts w:ascii="Arial" w:hAnsi="Arial" w:cs="Arial"/>
          <w:b w:val="0"/>
          <w:i w:val="0"/>
          <w:sz w:val="20"/>
        </w:rPr>
        <w:t>1.5 km · 30 min · Flat — Head into Horta's centre, stopping at the Igreja Matriz de São Salvador for its ornate azulejo…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6:41AM–9:09PM · Jul 6:40AM–9:29PM · Sep 7:39AM–8:07PM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cruiseports.org/horta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Horta, Faial Island, Azores,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ort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Naturalist - Science &amp; Tourism | Whale Watching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Forte de São Sebastião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Manuel de Arriaga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Estação de Peixes Vivos // Aquário do Porto Pim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the Holy Savior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