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Hopedale, Nunatsiavut, Canada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Canada's most remote cruise calls, Hopedale is the legislative capital of Nunatsiavut — an Inuit self-governing territory on the wild Labrador coast, where 18th-century Moravian mission buildings and living Indigenous culture coexist at the edge of the Arctic.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(no cruise pier) · 🕒 Typical call: 5–7 hrs · 💵 Canadian Dollar (CAD) · 🗣️ English &amp; Inuttitut · 🧭 Expedition itineraries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in Hopedale Run; Zodiacs to government wharf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 min from wharf to Moravian Mission; everything within 15 min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Inuit culture, historic mission, indigenous art, sub-Arctic scenery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Hopedale Moravian Mission National Historic Site &amp; Nunatsiavut Assembly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Hopedale Moravian Mission National Historic Site — </w:t>
      </w:r>
      <w:r>
        <w:rPr>
          <w:rFonts w:ascii="Arial" w:hAnsi="Arial" w:cs="Arial"/>
          <w:b w:val="0"/>
          <w:i w:val="0"/>
          <w:sz w:val="20"/>
        </w:rPr>
        <w:t>The oldest surviving frame-building complex of European construction in Canada east of Quebec, established 1782.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Nunatsiavut Assembly &amp; Inuit Art — </w:t>
      </w:r>
      <w:r>
        <w:rPr>
          <w:rFonts w:ascii="Arial" w:hAnsi="Arial" w:cs="Arial"/>
          <w:b w:val="0"/>
          <w:i w:val="0"/>
          <w:sz w:val="20"/>
        </w:rPr>
        <w:t>Visit the striking igloo-inspired parliament building of the Inuit self-government, adorned with soapstone carvings and Inuit…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Nanuk Hill Lookout Hike — </w:t>
      </w:r>
      <w:r>
        <w:rPr>
          <w:rFonts w:ascii="Arial" w:hAnsi="Arial" w:cs="Arial"/>
          <w:b w:val="0"/>
          <w:i w:val="0"/>
          <w:sz w:val="20"/>
        </w:rPr>
        <w:t>A short but steep climb behind the community rewards you with sweeping panoramic views over the harbor, the surrounding islands…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Zodiac / Coastal Wildlife Cruise — </w:t>
      </w:r>
      <w:r>
        <w:rPr>
          <w:rFonts w:ascii="Arial" w:hAnsi="Arial" w:cs="Arial"/>
          <w:b w:val="0"/>
          <w:i w:val="0"/>
          <w:sz w:val="20"/>
        </w:rPr>
        <w:t>Many expedition ships offer optional Zodiac tours around the harbor and nearby islands, where you can spot seals, seabirds,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Inuit-Moravian Brass Band &amp; Throat Singing — </w:t>
      </w:r>
      <w:r>
        <w:rPr>
          <w:rFonts w:ascii="Arial" w:hAnsi="Arial" w:cs="Arial"/>
          <w:b w:val="0"/>
          <w:i w:val="0"/>
          <w:sz w:val="20"/>
        </w:rPr>
        <w:t>When coordinated with the ship, local performers showcase the extraordinary Hopedale brass band — a living tradition of Inuit…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&amp; Mission Loop: </w:t>
      </w:r>
      <w:r>
        <w:rPr>
          <w:rFonts w:ascii="Arial" w:hAnsi="Arial" w:cs="Arial"/>
          <w:b w:val="0"/>
          <w:i w:val="0"/>
          <w:sz w:val="20"/>
        </w:rPr>
        <w:t>1.5 km · 20–30 min · Easy gravel roads — From the government wharf, walk along the waterfront to the Moravian Mission complex, continue past…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Nanuk Hill Lookout: </w:t>
      </w:r>
      <w:r>
        <w:rPr>
          <w:rFonts w:ascii="Arial" w:hAnsi="Arial" w:cs="Arial"/>
          <w:b w:val="0"/>
          <w:i w:val="0"/>
          <w:sz w:val="20"/>
        </w:rPr>
        <w:t>0.8 km · 30 min round-trip · Moderate incline — From behind the Moravian Mission, a rough track climbs Nanuk Hill for commanding views over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5:00AM–8:05PM · Jul 4:40AM–8:25PM · Sep 6:05AM–6:25PM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cruiseports.org/hopedale-nl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