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Honolulu, Oahu, Hawaii,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Hawaii's capital delivers in one day: history at Pearl Harbor, iconic views from Diamond Head, legendary surf and sand at Waikiki — all from a deep-water pier steps from the Aloha Tower.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 2 or Pier 11) · 🕒 Typical call: 8–12 hrs · 💵 US Dollar (USD) · 🗣️ English / Hawaiian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2 (most lines) or Pier 11 near Aloha Tower Marketplace; all ships dock —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to downtown Honolulu; Waikiki is ~4 miles (taxi/trolley recommended)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Pearl Harbor history, Diamond Head hike, Waikiki beach day, island circle tours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USS Arizona Memorial — book timed tickets online well before your cruise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$20–$40 — Taxis are readily available at the cruise terminal. Flat rate to Waikiki is approximately $26 from Pier 2; metered fares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Lyft, Holoholo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Waikiki Trolley · from 20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Pearl Harbor &amp; USS Arizona Memorial — </w:t>
      </w:r>
      <w:r>
        <w:rPr>
          <w:rFonts w:ascii="Arial" w:hAnsi="Arial" w:cs="Arial"/>
          <w:b w:val="0"/>
          <w:i w:val="0"/>
          <w:sz w:val="20"/>
        </w:rPr>
        <w:t>The most-visited site in Hawaii.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Diamond Head Crater Hike — </w:t>
      </w:r>
      <w:r>
        <w:rPr>
          <w:rFonts w:ascii="Arial" w:hAnsi="Arial" w:cs="Arial"/>
          <w:b w:val="0"/>
          <w:i w:val="0"/>
          <w:sz w:val="20"/>
        </w:rPr>
        <w:t>Climb inside the rim of this ancient volcanic tuff cone for panoramic views over Waikiki and the Pacific.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Waikiki Beach &amp; Surfing Lesson — </w:t>
      </w:r>
      <w:r>
        <w:rPr>
          <w:rFonts w:ascii="Arial" w:hAnsi="Arial" w:cs="Arial"/>
          <w:b w:val="0"/>
          <w:i w:val="0"/>
          <w:sz w:val="20"/>
        </w:rPr>
        <w:t>The world's most famous beach sits 4 miles from the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Iolani Palace &amp; Downtown Historic Walk — </w:t>
      </w:r>
      <w:r>
        <w:rPr>
          <w:rFonts w:ascii="Arial" w:hAnsi="Arial" w:cs="Arial"/>
          <w:b w:val="0"/>
          <w:i w:val="0"/>
          <w:sz w:val="20"/>
        </w:rPr>
        <w:t>Tour Iolani Palace — the only royal palace on US soil — then walk to the King Kamehameha statue, Hawaii State Capitol,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Oahu Circle Island Tour — </w:t>
      </w:r>
      <w:r>
        <w:rPr>
          <w:rFonts w:ascii="Arial" w:hAnsi="Arial" w:cs="Arial"/>
          <w:b w:val="0"/>
          <w:i w:val="0"/>
          <w:sz w:val="20"/>
        </w:rPr>
        <w:t>See the whole island in a day: the lush Windward Coast, Nuuanu Pali Lookout, the North Shore surfing mecca (Waimea Bay, Sunset…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Aloha Tower to Iolani Palace Walk: </w:t>
      </w:r>
      <w:r>
        <w:rPr>
          <w:rFonts w:ascii="Arial" w:hAnsi="Arial" w:cs="Arial"/>
          <w:b w:val="0"/>
          <w:i w:val="0"/>
          <w:sz w:val="20"/>
        </w:rPr>
        <w:t>1.5 miles • 30–40 min • Easy flat — Stroll from the pier past the 1926 Aloha Tower landmark, through the edge of Chinatown, up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Waikiki Beachfront Promenade: </w:t>
      </w:r>
      <w:r>
        <w:rPr>
          <w:rFonts w:ascii="Arial" w:hAnsi="Arial" w:cs="Arial"/>
          <w:b w:val="0"/>
          <w:i w:val="0"/>
          <w:sz w:val="20"/>
        </w:rPr>
        <w:t>1.5 miles • 30 min • Easy flat — Walk the full length of Waikiki Beach from Kapiolani Park and the Waikiki Aquarium end down to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5:53AM–7:02PM · Jul 5:58AM–7:16PM · Sep 6:18AM–6:33PM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cruiseports.org/honolulu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Honolulu, Oahu, Hawaii,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onolulu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Waikiki Aquarium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Diamond Head Beach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Bishop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Hoʻomaluhia Botanical Garden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USS Missouri (BB-63) - Battleship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Diamond Head State Monument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Nuʻuanu Pali State Wayside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Augustine by the Sea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