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Hong Kong,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Vertical skyscrapers meet ancient temples, neon night markets, and a harbour that glitters at 8 PM. Hong Kong rewards every type of cruiser — from the dim sum devotee to the cable-car adventurer — and its world-class MTR makes it all effortlessly reachable.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(Ocean Terminal or Kai Tak) · 🕒 Typical call: 8-12 hrs · 💵 Hong Kong Dollar (HKD ~7.8:1 USD) · 🗣️ Cantonese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Ocean Terminal (central Tsim Sha Tsui) or Kai Tak Cruise Terminal (Kowloon Bay — not walkable to city centre)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Ocean Terminal: steps from Harbour City mall and Star Ferry. Kai Tak: taxi or shuttle required (~15-25 min to TST)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Harbour skylines, dim sum and Cantonese food, street markets, temples, cable cars, and the Big Buddha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Victoria Peak at golden hour and the Star Ferry crossing at dusk — ideally timed for the 8 PM Symphony of Lights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HK–170 (US–22) — Red taxis are metered and widely available. From Kai Tak terminal to Tsim Sha Tsui ~HK–110; to Central ~HK–170. Ocean 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Peak &amp; Peak Tram — </w:t>
      </w:r>
      <w:r>
        <w:rPr>
          <w:rFonts w:ascii="Arial" w:hAnsi="Arial" w:cs="Arial"/>
          <w:b w:val="0"/>
          <w:i w:val="0"/>
          <w:sz w:val="20"/>
        </w:rPr>
        <w:t>Ride the historic funicular railway up a stomach-tilting 45° incline to Hong Kong's most famous viewpoint.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Lantau Island — Big Buddha, Po Lin &amp; Tai O — </w:t>
      </w:r>
      <w:r>
        <w:rPr>
          <w:rFonts w:ascii="Arial" w:hAnsi="Arial" w:cs="Arial"/>
          <w:b w:val="0"/>
          <w:i w:val="0"/>
          <w:sz w:val="20"/>
        </w:rPr>
        <w:t>Take the MTR to Tung Chung then the Ngong Ping 360 cable car for sweeping South China Sea views before reaching the 34-metre Tian…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 Ferry &amp; Symphony of Lights — </w:t>
      </w:r>
      <w:r>
        <w:rPr>
          <w:rFonts w:ascii="Arial" w:hAnsi="Arial" w:cs="Arial"/>
          <w:b w:val="0"/>
          <w:i w:val="0"/>
          <w:sz w:val="20"/>
        </w:rPr>
        <w:t>The 10-minute Star Ferry crossing between Tsim Sha Tsui and Central costs HKD 3-4 and delivers a front-row seat to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Dim Sum &amp; Cantonese Food Tour — </w:t>
      </w:r>
      <w:r>
        <w:rPr>
          <w:rFonts w:ascii="Arial" w:hAnsi="Arial" w:cs="Arial"/>
          <w:b w:val="0"/>
          <w:i w:val="0"/>
          <w:sz w:val="20"/>
        </w:rPr>
        <w:t>Dim sum in Hong Kong is a ritual — steamer baskets of har gow, siu mai, char siu bao, and egg tarts in a packed teahouse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Kowloon Temples — Wong Tai Sin &amp; Chi Lin Nunnery — </w:t>
      </w:r>
      <w:r>
        <w:rPr>
          <w:rFonts w:ascii="Arial" w:hAnsi="Arial" w:cs="Arial"/>
          <w:b w:val="0"/>
          <w:i w:val="0"/>
          <w:sz w:val="20"/>
        </w:rPr>
        <w:t>Wong Tai Sin Temple is one of Hong Kong's most vivid Taoist shrines — colourful, active, and alive with fortune-tellers (kau cim…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Tsim Sha Tsui Waterfront to Mong Kok Markets: </w:t>
      </w:r>
      <w:r>
        <w:rPr>
          <w:rFonts w:ascii="Arial" w:hAnsi="Arial" w:cs="Arial"/>
          <w:b w:val="0"/>
          <w:i w:val="0"/>
          <w:sz w:val="20"/>
        </w:rPr>
        <w:t>4 km · Easy · ~2 hrs — Start at Ocean Terminal and walk the TST Promenade past the Avenue of Stars and the Clock Tower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Central Mid-Levels Escalator &amp; Hollywood Road: </w:t>
      </w:r>
      <w:r>
        <w:rPr>
          <w:rFonts w:ascii="Arial" w:hAnsi="Arial" w:cs="Arial"/>
          <w:b w:val="0"/>
          <w:i w:val="0"/>
          <w:sz w:val="20"/>
        </w:rPr>
        <w:t>2 km · Easy · ~1 hr — Ride the world's longest outdoor covered escalator system from Central Market up through SoHo…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5:43AM–6:55PM · Jul 5:48AM–7:10PM · Sep 6:10AM–6:26PM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cruiseports.org/hong-kong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Hong Kong, China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ng-ko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Wong Ngau Shan (604m)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Hong Kong Cultural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Tai Tam Country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Hong Kong Heritage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Hong Kong Space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Avenue of Stars HK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Hong Kong Arts Centre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