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Homer,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'Cosmic Hamlet by the Sea' at the end of the road — Homer dishes up world-class halibut fishing, sea otter sightings off the Spit docks, and floatplane flights to bear country.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or tender (ship-size dependent) · 🕒 Typical call: 8-10 hrs · 💵 USD · 🗣️ English · 🐻 Bear-viewing hub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 Water Dock (mid-size ships); larger ships anchor &amp; tender to Small Boat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Spit shops 10-15 min walk from dock; downtown Homer ~4.5 miles (shuttle/taxi needed)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Halibut fishing, bear-viewing flights, kayaking Kachemak Bay, local art galleries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Salty Dawg Saloon, sea otters at the boat harbor, Bishop's Beach tide pools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$15–$25 one-way (estimated) — Several local taxi companies serve Homer including Homer Yellow Cab, Bayside Taxi, Cole's Cab, and Nick's Taxi. Most off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Bear Viewing Floatplane to Katmai or Lake Clark — </w:t>
      </w:r>
      <w:r>
        <w:rPr>
          <w:rFonts w:ascii="Arial" w:hAnsi="Arial" w:cs="Arial"/>
          <w:b w:val="0"/>
          <w:i w:val="0"/>
          <w:sz w:val="20"/>
        </w:rPr>
        <w:t>Homer's signature bucket-list experience: a floatplane hop to Katmai or Lake Clark National Park to watch massive brown bears…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Halibut Fishing Charter — </w:t>
      </w:r>
      <w:r>
        <w:rPr>
          <w:rFonts w:ascii="Arial" w:hAnsi="Arial" w:cs="Arial"/>
          <w:b w:val="0"/>
          <w:i w:val="0"/>
          <w:sz w:val="20"/>
        </w:rPr>
        <w:t>Homer is the Halibut Fishing Capital of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 Taxi to Halibut Cove — </w:t>
      </w:r>
      <w:r>
        <w:rPr>
          <w:rFonts w:ascii="Arial" w:hAnsi="Arial" w:cs="Arial"/>
          <w:b w:val="0"/>
          <w:i w:val="0"/>
          <w:sz w:val="20"/>
        </w:rPr>
        <w:t>Cross Kachemak Bay to Halibut Cove, a tiny artist enclave built on pilings over the water, reachable only by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Kachemak Bay State Park — </w:t>
      </w:r>
      <w:r>
        <w:rPr>
          <w:rFonts w:ascii="Arial" w:hAnsi="Arial" w:cs="Arial"/>
          <w:b w:val="0"/>
          <w:i w:val="0"/>
          <w:sz w:val="20"/>
        </w:rPr>
        <w:t>Take a water taxi across the bay and paddle through protected coves and kelp forests.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Homer Spit Boardwalk &amp; Art Galleries — </w:t>
      </w:r>
      <w:r>
        <w:rPr>
          <w:rFonts w:ascii="Arial" w:hAnsi="Arial" w:cs="Arial"/>
          <w:b w:val="0"/>
          <w:i w:val="0"/>
          <w:sz w:val="20"/>
        </w:rPr>
        <w:t>The Spit's colorful boardwalks are lined with local artists' galleries, charter offices, and quirky boutiques.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Homer Spit Stroll: </w:t>
      </w:r>
      <w:r>
        <w:rPr>
          <w:rFonts w:ascii="Arial" w:hAnsi="Arial" w:cs="Arial"/>
          <w:b w:val="0"/>
          <w:i w:val="0"/>
          <w:sz w:val="20"/>
        </w:rPr>
        <w:t>~1.5 miles one-way | Flat &amp; paved | 30-45 min — Walk the length of the Spit from the dock area toward the Seafarer's Memorial and back.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Bishop's Beach Tide Pool Walk: </w:t>
      </w:r>
      <w:r>
        <w:rPr>
          <w:rFonts w:ascii="Arial" w:hAnsi="Arial" w:cs="Arial"/>
          <w:b w:val="0"/>
          <w:i w:val="0"/>
          <w:sz w:val="20"/>
        </w:rPr>
        <w:t>~1 mile | Easy | Low tide best | Shuttle to downtown — Take the trolley or taxi to downtown and walk down to Bishop's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5:20AM–8:18PM · Jul 5:05AM–8:57PM · Sep 6:41AM–7:20PM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cruiseports.org/homer-ak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Homer,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mer-a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Bishop’s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Viewpoint Skyline Dr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Alaska Maritime National Wildlife Refuge Visitor Center (Islands and Ocean)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Wynn Nature Center - Center for Alaskan Coastal Studies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Ptarmigan Arts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Seafarer's Memorial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Karen Hornaday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