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Hjørundfjord, Sunnmøre,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last truly wild fjords, Hjørundfjord carves deep through the Sunnmøre Alps — jagged peaks soaring 1,700 m straight from the water, tiny farm villages clinging to the slopes, and not a megaship in sight.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💵 Norwegian Krone (NOK) — but cashless cards accepted everywhere · 🗣️ Norwegian (English widely spoken) · 🥾 Best for hikers and nature lovers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floating pontoon at Urke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You step off the tender into Urke — the entire village is under 10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Epic fjord hiking, scenic silence, historic Hotel Union Øye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sunken village at Lyngstøylvatnet lake in Norangsdalen valley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500–1,400 per trip — Norwegian taxis are available but expensive. Norgestaxi (08000) and local operators serve the Sunnmøre region; pre-booki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Norangsdalen Valley &amp; Lyngstøylvatnet — </w:t>
      </w:r>
      <w:r>
        <w:rPr>
          <w:rFonts w:ascii="Arial" w:hAnsi="Arial" w:cs="Arial"/>
          <w:b w:val="0"/>
          <w:i w:val="0"/>
          <w:sz w:val="20"/>
        </w:rPr>
        <w:t>Drive or cycle into the wild Norangsdalen valley, flanked by sheer rock walls, to reach Lyngstøylvatnet — a lake formed by a 1908…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Slogen Hike (1,564 m) — </w:t>
      </w:r>
      <w:r>
        <w:rPr>
          <w:rFonts w:ascii="Arial" w:hAnsi="Arial" w:cs="Arial"/>
          <w:b w:val="0"/>
          <w:i w:val="0"/>
          <w:sz w:val="20"/>
        </w:rPr>
        <w:t>The 'Queen of the Sunnmøre Alps' rewards fit hikers with a dramatic pyramid summit and views spanning dozens of peaks and fjord…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Saksa Hike (1,030 m) — </w:t>
      </w:r>
      <w:r>
        <w:rPr>
          <w:rFonts w:ascii="Arial" w:hAnsi="Arial" w:cs="Arial"/>
          <w:b w:val="0"/>
          <w:i w:val="0"/>
          <w:sz w:val="20"/>
        </w:rPr>
        <w:t>A challenging but achievable summit above Urke with roughly 1,000 m of ascent.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Hotel Union Øye Lunch or Afternoon Tea — </w:t>
      </w:r>
      <w:r>
        <w:rPr>
          <w:rFonts w:ascii="Arial" w:hAnsi="Arial" w:cs="Arial"/>
          <w:b w:val="0"/>
          <w:i w:val="0"/>
          <w:sz w:val="20"/>
        </w:rPr>
        <w:t>One of Europe's great historic hotels (1891), about 6 km from Urke at the village of Øye.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Kayaking — </w:t>
      </w:r>
      <w:r>
        <w:rPr>
          <w:rFonts w:ascii="Arial" w:hAnsi="Arial" w:cs="Arial"/>
          <w:b w:val="0"/>
          <w:i w:val="0"/>
          <w:sz w:val="20"/>
        </w:rPr>
        <w:t>Paddle at water level beneath 1,700 m walls of rock — the best way to appreciate the scale of the Sunnmøre Alps.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Urke Village &amp; Shoreline Stroll: </w:t>
      </w:r>
      <w:r>
        <w:rPr>
          <w:rFonts w:ascii="Arial" w:hAnsi="Arial" w:cs="Arial"/>
          <w:b w:val="0"/>
          <w:i w:val="0"/>
          <w:sz w:val="20"/>
        </w:rPr>
        <w:t>500 m · 10 min · Flat · Free — From the tender pontoon, walk the full length of Urke past traditional Norwegian farmhouses…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Hotel Union Øye: </w:t>
      </w:r>
      <w:r>
        <w:rPr>
          <w:rFonts w:ascii="Arial" w:hAnsi="Arial" w:cs="Arial"/>
          <w:b w:val="0"/>
          <w:i w:val="0"/>
          <w:sz w:val="20"/>
        </w:rPr>
        <w:t>6 km one way · 1.5 hrs · Flat · Scenic — A flat, paved road hugs the southern shore of the fjord from Urke to the historic hamlet of Øye.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4:38AM–10:23PM · Jul 4:14AM–11:02PM · Sep 6:59AM–7:56PM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cruiseports.org/hjorundfjord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