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Hiva Oa, Marquesas Islands,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wildest island in French Polynesia — volcanic peaks, ancient stone tikis, and the final resting place of Gauguin and Jacques Brel. No lagoons, no resort hotels, just raw Marquesas.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8–10 hrs · 💵 CFP Franc (XPF) — bring cash · 🗣️ French &amp; Marquesan · 🌿 Culture &amp; history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Tahauku Harbor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Atuona: </w:t>
      </w:r>
      <w:r>
        <w:rPr>
          <w:rFonts w:ascii="Arial" w:hAnsi="Arial" w:cs="Arial"/>
          <w:b w:val="0"/>
          <w:i w:val="0"/>
          <w:sz w:val="20"/>
        </w:rPr>
        <w:t>~2.4 km (40 min) or shared taxi/shuttle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history, archaeology, Polynesian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Calvary Cemetery (Gauguin &amp; Brel graves)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1,000–2,000 CFP (~$12–$25) — A handful of local taxis serve the island (e.g., Frida Taxi, Germaine Taxi). Availability is limited — arrange in advanc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Gauguin Cultural Center &amp; Maison du Jouir — </w:t>
      </w:r>
      <w:r>
        <w:rPr>
          <w:rFonts w:ascii="Arial" w:hAnsi="Arial" w:cs="Arial"/>
          <w:b w:val="0"/>
          <w:i w:val="0"/>
          <w:sz w:val="20"/>
        </w:rPr>
        <w:t>Explore Gauguin's final years through high-quality reproductions of his Polynesian paintings and a replica of his infamous 'House…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Calvary Cemetery — Gauguin &amp; Brel Graves — </w:t>
      </w:r>
      <w:r>
        <w:rPr>
          <w:rFonts w:ascii="Arial" w:hAnsi="Arial" w:cs="Arial"/>
          <w:b w:val="0"/>
          <w:i w:val="0"/>
          <w:sz w:val="20"/>
        </w:rPr>
        <w:t>A steep 15-minute walk from town leads to the hillside cemetery where both Gauguin and Brel are buried side by side with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Espace Jacques Brel — Jojo's Hangar — </w:t>
      </w:r>
      <w:r>
        <w:rPr>
          <w:rFonts w:ascii="Arial" w:hAnsi="Arial" w:cs="Arial"/>
          <w:b w:val="0"/>
          <w:i w:val="0"/>
          <w:sz w:val="20"/>
        </w:rPr>
        <w:t>Jacques Brel spent his last years flying medical evacuations on this remote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Tikis of Puamau — Me'ae Lipona — </w:t>
      </w:r>
      <w:r>
        <w:rPr>
          <w:rFonts w:ascii="Arial" w:hAnsi="Arial" w:cs="Arial"/>
          <w:b w:val="0"/>
          <w:i w:val="0"/>
          <w:sz w:val="20"/>
        </w:rPr>
        <w:t>The largest stone tiki statues in all of French Polynesia, including the 2.6-m Tiki Takaii, stand at this remote ceremonial site…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Taaoa Valley — Upeke Archaeological Site — </w:t>
      </w:r>
      <w:r>
        <w:rPr>
          <w:rFonts w:ascii="Arial" w:hAnsi="Arial" w:cs="Arial"/>
          <w:b w:val="0"/>
          <w:i w:val="0"/>
          <w:sz w:val="20"/>
        </w:rPr>
        <w:t>One of the largest ancient ceremonial complexes in the Marquesas, hidden in the jungle just 20 minutes from Atuona by 4x4.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Atuona Village &amp; Calvary Cemetery Loop: </w:t>
      </w:r>
      <w:r>
        <w:rPr>
          <w:rFonts w:ascii="Arial" w:hAnsi="Arial" w:cs="Arial"/>
          <w:b w:val="0"/>
          <w:i w:val="0"/>
          <w:sz w:val="20"/>
        </w:rPr>
        <w:t>3 km · 1.5–2 hrs · Moderate (hilly) — From the Gauguin Cultural Center, walk uphill through Atuona village past the red-stone Notre Dame…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Atuona Black Sand Beach: </w:t>
      </w:r>
      <w:r>
        <w:rPr>
          <w:rFonts w:ascii="Arial" w:hAnsi="Arial" w:cs="Arial"/>
          <w:b w:val="0"/>
          <w:i w:val="0"/>
          <w:sz w:val="20"/>
        </w:rPr>
        <w:t>2 km one-way · 25 min · Easy (flat) — From Tahauku Harbor, follow the coastal road toward the mouth of the bay to reach the dramatic…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5:49AM–5:42PM · Jun 6:00AM–5:33PM · Aug 5:57AM–5:44PM · Sep 5:39AM–5:42PM · Oct 5:22AM–5:41PM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Nonos are brutal. These tiny biting midges cause intensely itchy welts. Standard DEET often doesn't work — buy Monoi oil with citronella at the pier shop 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only, and the ATM runs dry. Bring XPF or euros — the single Banque Socredo ATM in Atuona often empties on cruise days. Credit cards accepted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Puamau takes the whole day. The giant tikis at Me'ae Lipona are 2.5 hours each way by 4x4. Only attempt it if your ship is in port for 9+ hours and you…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cruiseports.org/hiva-oa-island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