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Hirtshals, North Jutland,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real working port on Denmark's wild northern tip — fresh fish, wartime bunkers, a record-breaking aquarium, and a train ride away from the place where two seas collide.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7-9 hrs · 💵 Danish Krone (DKK) — nearly cashless · 🗣️ Danish / English widely spoken · 🐟 Fishing &amp; ferry hub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the commercial harbour;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~15-20 min (1–1.5 km) via Trappen staircase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world-class seafood, aquarium, Skagen day-trip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Nordsøen Oceanarium's 4.5-million-litre tank and a Stjerneskud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30–55 DKK to town center — Local taxis are available at the port. Godis Taxi (+45 9894 1789) and Hirtshals Taxi (+45 9894 4000) serve the area; sho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Nordsøen Oceanarium — </w:t>
      </w:r>
      <w:r>
        <w:rPr>
          <w:rFonts w:ascii="Arial" w:hAnsi="Arial" w:cs="Arial"/>
          <w:b w:val="0"/>
          <w:i w:val="0"/>
          <w:sz w:val="20"/>
        </w:rPr>
        <w:t>Northern Europe's largest aquarium centres on a 4.5-million-litre ocean tank — home to giant Mola mola sunfish, sharks, and vast…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Bunkermuseum Hirtshals — 10th Battery — </w:t>
      </w:r>
      <w:r>
        <w:rPr>
          <w:rFonts w:ascii="Arial" w:hAnsi="Arial" w:cs="Arial"/>
          <w:b w:val="0"/>
          <w:i w:val="0"/>
          <w:sz w:val="20"/>
        </w:rPr>
        <w:t>Denmark's most complete WWII coastal-defence site: 69 bunkers and 3.5 km of trenches preserved in the dunes beside the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Skagen — </w:t>
      </w:r>
      <w:r>
        <w:rPr>
          <w:rFonts w:ascii="Arial" w:hAnsi="Arial" w:cs="Arial"/>
          <w:b w:val="0"/>
          <w:i w:val="0"/>
          <w:sz w:val="20"/>
        </w:rPr>
        <w:t>About 2 hours by train (changing at Hjørring), Skagen is the northernmost town in Denmark — its Grenen headland is where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Hirtshals Lighthouse &amp; Town Walk — </w:t>
      </w:r>
      <w:r>
        <w:rPr>
          <w:rFonts w:ascii="Arial" w:hAnsi="Arial" w:cs="Arial"/>
          <w:b w:val="0"/>
          <w:i w:val="0"/>
          <w:sz w:val="20"/>
        </w:rPr>
        <w:t>Climb the 1863 lighthouse (144 steps, ~20 DKK) for panoramic North Sea views, then loop back through the old fisherman's quarter…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Seafood &amp; Stjerneskud Lunch — </w:t>
      </w:r>
      <w:r>
        <w:rPr>
          <w:rFonts w:ascii="Arial" w:hAnsi="Arial" w:cs="Arial"/>
          <w:b w:val="0"/>
          <w:i w:val="0"/>
          <w:sz w:val="20"/>
        </w:rPr>
        <w:t>Hirtshals is one of Denmark's top fishing ports — the catch here goes directly to local restaurants.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Town Centre via Trappen: </w:t>
      </w:r>
      <w:r>
        <w:rPr>
          <w:rFonts w:ascii="Arial" w:hAnsi="Arial" w:cs="Arial"/>
          <w:b w:val="0"/>
          <w:i w:val="0"/>
          <w:sz w:val="20"/>
        </w:rPr>
        <w:t>1.2 km • 15-20 min • Easy (one staircase climb) — Leave the pier, follow the quayside to the Trappen monumental staircase, climb to town-plateau…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Loop: Lighthouse &amp; Bunkers: </w:t>
      </w:r>
      <w:r>
        <w:rPr>
          <w:rFonts w:ascii="Arial" w:hAnsi="Arial" w:cs="Arial"/>
          <w:b w:val="0"/>
          <w:i w:val="0"/>
          <w:sz w:val="20"/>
        </w:rPr>
        <w:t>4-5 km round trip • 1.5-2 hrs • Easy — From the town centre head west along the coastal path past Husmoderstranden beach to the 1863…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4:58AM–9:35PM · Jul 4:44AM–10:06PM · Sep 6:50AM–7:38PM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cruiseports.org/hirtshals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Hirtshals, North Jutland,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rtshal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Tornby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Hirtshals fyr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Bindslev Gl. Elværk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Hirtshals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