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Himeji, Hyogo Prefecture, Japan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Japan's most spectacular original samurai castle rises above a city that time treated kindly. Himeji Castle is not a reconstruction — it is the real thing, and it is extraordinary.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(Shikama Wharf) · 🕒 Typical call: 8-10 hrs · 💴 Currency: Japanese Yen (¥) · 🗣️ Language: Japanese · 🏯 UNESCO World Heritage Site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at Shikama Wharf, Port of Himeji (~8 km from castle)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Castle: </w:t>
      </w:r>
      <w:r>
        <w:rPr>
          <w:rFonts w:ascii="Arial" w:hAnsi="Arial" w:cs="Arial"/>
          <w:b w:val="0"/>
          <w:i w:val="0"/>
          <w:sz w:val="20"/>
        </w:rPr>
        <w:t>Shuttle or taxi required from pier; 15 min walk from Himeji Station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lovers, architecture, Japanese culture, photography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Himeji Castle interior climb + Koko-en Garden combined ticket (¥2,600 non-resident)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¥3,600–¥4,500 (~$24-30 USD) — Taxis queue at Shikama Wharf and reach Himeji Castle or Station in 15–20 minutes. Best value for groups of 2 or more; us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Himeji Castle — </w:t>
      </w:r>
      <w:r>
        <w:rPr>
          <w:rFonts w:ascii="Arial" w:hAnsi="Arial" w:cs="Arial"/>
          <w:b w:val="0"/>
          <w:i w:val="0"/>
          <w:sz w:val="20"/>
        </w:rPr>
        <w:t>Japan's finest original castle — not a reconstruction.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Koko-en Garden — </w:t>
      </w:r>
      <w:r>
        <w:rPr>
          <w:rFonts w:ascii="Arial" w:hAnsi="Arial" w:cs="Arial"/>
          <w:b w:val="0"/>
          <w:i w:val="0"/>
          <w:sz w:val="20"/>
        </w:rPr>
        <w:t>Nine walled gardens in Edo-period style sit right beside the castle.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Mt. Shosha &amp; Engyoji Temple — </w:t>
      </w:r>
      <w:r>
        <w:rPr>
          <w:rFonts w:ascii="Arial" w:hAnsi="Arial" w:cs="Arial"/>
          <w:b w:val="0"/>
          <w:i w:val="0"/>
          <w:sz w:val="20"/>
        </w:rPr>
        <w:t>A 1,000-year-old temple complex clings to forested Mt.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Himeji City Museum of History — </w:t>
      </w:r>
      <w:r>
        <w:rPr>
          <w:rFonts w:ascii="Arial" w:hAnsi="Arial" w:cs="Arial"/>
          <w:b w:val="0"/>
          <w:i w:val="0"/>
          <w:sz w:val="20"/>
        </w:rPr>
        <w:t>Just a short walk from the castle, this excellent museum traces Himeji's samurai history and the castle's construction.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Himeji Oden &amp; Local Sake Tasting — </w:t>
      </w:r>
      <w:r>
        <w:rPr>
          <w:rFonts w:ascii="Arial" w:hAnsi="Arial" w:cs="Arial"/>
          <w:b w:val="0"/>
          <w:i w:val="0"/>
          <w:sz w:val="20"/>
        </w:rPr>
        <w:t>Himeji-style oden is drizzled with sweet ginger-soy sauce — nothing like standard oden.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Otemae-dori Castle Walk: </w:t>
      </w:r>
      <w:r>
        <w:rPr>
          <w:rFonts w:ascii="Arial" w:hAnsi="Arial" w:cs="Arial"/>
          <w:b w:val="0"/>
          <w:i w:val="0"/>
          <w:sz w:val="20"/>
        </w:rPr>
        <w:t>1 km each way · Flat · 15 min · All abilities — From Himeji Station, walk the wide boulevard straight to the castle gates.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Castle to Koko-en Garden Loop: </w:t>
      </w:r>
      <w:r>
        <w:rPr>
          <w:rFonts w:ascii="Arial" w:hAnsi="Arial" w:cs="Arial"/>
          <w:b w:val="0"/>
          <w:i w:val="0"/>
          <w:sz w:val="20"/>
        </w:rPr>
        <w:t>0.5 km loop · Easy · 10 min walk · All abilities — After touring the castle, exit through the west gate and cross directly into Koko-en Garden.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4:58AM–6:57PM · Jul 4:59AM–7:14PM · Sep 5:44AM–6:08PM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cruiseports.org/himeji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Himeji, Hyogo Prefecture, Japan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imeji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Himeji Castle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Shosekiheki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Ibo-no-Ito Somen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Himeji Central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Himeji City Museum of Art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Himeji City Science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Tenkawahigashi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Engyōji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